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A6749" w14:textId="1843F157" w:rsidR="00CE07FC" w:rsidRPr="00796FD3" w:rsidRDefault="00796FD3" w:rsidP="00796FD3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96FD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</w:t>
      </w:r>
      <w:r w:rsidR="00E328C6" w:rsidRPr="00796FD3">
        <w:rPr>
          <w:rFonts w:ascii="Times New Roman" w:hAnsi="Times New Roman" w:cs="Times New Roman"/>
          <w:sz w:val="24"/>
          <w:szCs w:val="24"/>
          <w:lang w:val="ru-RU"/>
        </w:rPr>
        <w:t xml:space="preserve"> Утверждаю            </w:t>
      </w:r>
    </w:p>
    <w:p w14:paraId="25055A00" w14:textId="78C5AF12" w:rsidR="00796FD3" w:rsidRPr="00796FD3" w:rsidRDefault="00CE07FC" w:rsidP="00796FD3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796FD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</w:t>
      </w:r>
      <w:r w:rsidR="00796FD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</w:t>
      </w:r>
      <w:r w:rsidRPr="00796FD3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E328C6" w:rsidRPr="00796FD3">
        <w:rPr>
          <w:rFonts w:ascii="Times New Roman" w:hAnsi="Times New Roman" w:cs="Times New Roman"/>
          <w:sz w:val="24"/>
          <w:szCs w:val="24"/>
          <w:lang w:val="ru-RU"/>
        </w:rPr>
        <w:t xml:space="preserve">Глава местной администрации  </w:t>
      </w:r>
    </w:p>
    <w:p w14:paraId="1FC31F3A" w14:textId="78F62839" w:rsidR="00E328C6" w:rsidRDefault="00796FD3" w:rsidP="00796FD3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796FD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</w:t>
      </w:r>
      <w:r w:rsidRPr="00796FD3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328C6" w:rsidRPr="00796FD3">
        <w:rPr>
          <w:rFonts w:ascii="Times New Roman" w:hAnsi="Times New Roman" w:cs="Times New Roman"/>
          <w:sz w:val="24"/>
          <w:szCs w:val="24"/>
          <w:lang w:val="ru-RU"/>
        </w:rPr>
        <w:t>МО Коломяги</w:t>
      </w:r>
    </w:p>
    <w:p w14:paraId="330058AF" w14:textId="77777777" w:rsidR="00796FD3" w:rsidRPr="00796FD3" w:rsidRDefault="00796FD3" w:rsidP="00796FD3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</w:p>
    <w:p w14:paraId="1B91A6A6" w14:textId="37FC5D24" w:rsidR="00E328C6" w:rsidRPr="00796FD3" w:rsidRDefault="00E328C6" w:rsidP="00796FD3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796FD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</w:t>
      </w:r>
      <w:r w:rsidR="00796F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96FD3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="00796FD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</w:t>
      </w:r>
      <w:r w:rsidRPr="00796FD3">
        <w:rPr>
          <w:rFonts w:ascii="Times New Roman" w:hAnsi="Times New Roman" w:cs="Times New Roman"/>
          <w:sz w:val="24"/>
          <w:szCs w:val="24"/>
          <w:lang w:val="ru-RU"/>
        </w:rPr>
        <w:t xml:space="preserve">_______________С.В. Супрун </w:t>
      </w:r>
    </w:p>
    <w:p w14:paraId="47E8E6D9" w14:textId="4BDBB62F" w:rsidR="00E328C6" w:rsidRPr="00796FD3" w:rsidRDefault="00E328C6" w:rsidP="00796FD3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796FD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</w:t>
      </w:r>
      <w:r w:rsidR="00796FD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</w:t>
      </w:r>
      <w:r w:rsidR="00796FD3" w:rsidRPr="00796F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96FD3">
        <w:rPr>
          <w:rFonts w:ascii="Times New Roman" w:hAnsi="Times New Roman" w:cs="Times New Roman"/>
          <w:sz w:val="24"/>
          <w:szCs w:val="24"/>
          <w:lang w:val="ru-RU"/>
        </w:rPr>
        <w:t>12.01.2026 г.</w:t>
      </w:r>
    </w:p>
    <w:p w14:paraId="3AB8B7B5" w14:textId="77777777" w:rsidR="00E328C6" w:rsidRDefault="00E328C6" w:rsidP="00796FD3">
      <w:pPr>
        <w:spacing w:after="0" w:line="240" w:lineRule="auto"/>
        <w:jc w:val="right"/>
        <w:rPr>
          <w:rFonts w:cs="Times New Roman"/>
          <w:b/>
          <w:szCs w:val="24"/>
          <w:lang w:val="ru-RU"/>
        </w:rPr>
      </w:pPr>
    </w:p>
    <w:p w14:paraId="534ADFA8" w14:textId="77777777" w:rsidR="00E328C6" w:rsidRDefault="00E328C6" w:rsidP="00796FD3">
      <w:pPr>
        <w:spacing w:after="0" w:line="240" w:lineRule="auto"/>
        <w:jc w:val="both"/>
        <w:rPr>
          <w:rFonts w:cs="Times New Roman"/>
          <w:b/>
          <w:szCs w:val="24"/>
          <w:lang w:val="ru-RU"/>
        </w:rPr>
      </w:pPr>
    </w:p>
    <w:p w14:paraId="13C599DA" w14:textId="7DF063AD" w:rsidR="00E10810" w:rsidRPr="008814E2" w:rsidRDefault="00E10810" w:rsidP="00796FD3">
      <w:pPr>
        <w:spacing w:after="0" w:line="240" w:lineRule="auto"/>
        <w:jc w:val="center"/>
        <w:rPr>
          <w:rFonts w:cs="Times New Roman"/>
          <w:szCs w:val="24"/>
          <w:lang w:val="ru-RU"/>
        </w:rPr>
      </w:pPr>
      <w:r w:rsidRPr="00E10810">
        <w:rPr>
          <w:rFonts w:cs="Times New Roman"/>
          <w:b/>
          <w:bCs/>
          <w:szCs w:val="24"/>
          <w:lang w:val="ru-RU"/>
        </w:rPr>
        <w:t xml:space="preserve">ПОЛОЖЕНИЕ </w:t>
      </w:r>
      <w:r w:rsidRPr="00E10810">
        <w:rPr>
          <w:rFonts w:cs="Times New Roman"/>
          <w:b/>
          <w:bCs/>
          <w:szCs w:val="24"/>
          <w:lang w:val="ru-RU"/>
        </w:rPr>
        <w:br/>
        <w:t>об организации и проведении конкурса «</w:t>
      </w:r>
      <w:r>
        <w:rPr>
          <w:rFonts w:cs="Times New Roman"/>
          <w:b/>
          <w:bCs/>
          <w:szCs w:val="24"/>
          <w:lang w:val="ru-RU"/>
        </w:rPr>
        <w:t>Мой верный друг!</w:t>
      </w:r>
      <w:r w:rsidRPr="00E10810">
        <w:rPr>
          <w:rFonts w:cs="Times New Roman"/>
          <w:b/>
          <w:bCs/>
          <w:szCs w:val="24"/>
          <w:lang w:val="ru-RU"/>
        </w:rPr>
        <w:t xml:space="preserve">» </w:t>
      </w:r>
      <w:r w:rsidRPr="008814E2">
        <w:rPr>
          <w:rFonts w:cs="Times New Roman"/>
          <w:szCs w:val="24"/>
          <w:lang w:val="ru-RU"/>
        </w:rPr>
        <w:t>для постоянно зарегистрированных жителей внутригородского Муниципального образования города федерального значения  Санкт-Петербурга муниципальный округ Коломяги.</w:t>
      </w:r>
    </w:p>
    <w:p w14:paraId="43AB7AC4" w14:textId="793B0130" w:rsidR="002B0932" w:rsidRPr="00E328C6" w:rsidRDefault="002B093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249184AD" w14:textId="2C59C7F0" w:rsidR="002B0932" w:rsidRPr="00796FD3" w:rsidRDefault="00E10810" w:rsidP="00796FD3">
      <w:pPr>
        <w:pStyle w:val="a9"/>
        <w:numPr>
          <w:ilvl w:val="0"/>
          <w:numId w:val="16"/>
        </w:numPr>
        <w:ind w:left="284" w:hanging="28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96FD3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Общие положения</w:t>
      </w:r>
    </w:p>
    <w:p w14:paraId="4969E098" w14:textId="77777777" w:rsidR="008814E2" w:rsidRPr="00E10810" w:rsidRDefault="008814E2" w:rsidP="00796FD3">
      <w:pPr>
        <w:pStyle w:val="ae"/>
        <w:spacing w:after="0" w:line="240" w:lineRule="auto"/>
        <w:ind w:left="0"/>
        <w:jc w:val="both"/>
        <w:rPr>
          <w:rFonts w:cs="Times New Roman"/>
          <w:b/>
          <w:szCs w:val="24"/>
          <w:lang w:val="ru-RU"/>
        </w:rPr>
      </w:pPr>
    </w:p>
    <w:p w14:paraId="6E304965" w14:textId="661C8207" w:rsidR="00E10810" w:rsidRDefault="00774329" w:rsidP="00796FD3">
      <w:pPr>
        <w:spacing w:after="0" w:line="240" w:lineRule="auto"/>
        <w:jc w:val="both"/>
        <w:rPr>
          <w:rFonts w:eastAsia="Times New Roman"/>
          <w:szCs w:val="24"/>
          <w:lang w:val="ru-RU" w:eastAsia="ru-RU"/>
        </w:rPr>
      </w:pPr>
      <w:r>
        <w:rPr>
          <w:rFonts w:eastAsia="Times New Roman"/>
          <w:szCs w:val="24"/>
          <w:lang w:val="ru-RU" w:eastAsia="ru-RU"/>
        </w:rPr>
        <w:t xml:space="preserve">1.1. </w:t>
      </w:r>
      <w:r w:rsidR="00E10810" w:rsidRPr="00774329">
        <w:rPr>
          <w:rFonts w:eastAsia="Times New Roman"/>
          <w:szCs w:val="24"/>
          <w:lang w:val="ru-RU" w:eastAsia="ru-RU"/>
        </w:rPr>
        <w:t>Настоящее Положение об организации и проведении</w:t>
      </w:r>
      <w:r w:rsidR="00E10810" w:rsidRPr="00774329">
        <w:rPr>
          <w:lang w:val="ru-RU"/>
        </w:rPr>
        <w:t xml:space="preserve"> </w:t>
      </w:r>
      <w:r w:rsidR="00AF44DE">
        <w:rPr>
          <w:lang w:val="ru-RU"/>
        </w:rPr>
        <w:t>фото</w:t>
      </w:r>
      <w:r w:rsidR="00E10810" w:rsidRPr="00774329">
        <w:rPr>
          <w:rFonts w:eastAsia="Times New Roman"/>
          <w:szCs w:val="24"/>
          <w:lang w:val="ru-RU" w:eastAsia="ru-RU"/>
        </w:rPr>
        <w:t>конкурса «Мой верный друг</w:t>
      </w:r>
      <w:r w:rsidR="00E10810" w:rsidRPr="00A02E07">
        <w:rPr>
          <w:rFonts w:eastAsia="Times New Roman"/>
          <w:szCs w:val="24"/>
          <w:lang w:val="ru-RU" w:eastAsia="ru-RU"/>
        </w:rPr>
        <w:t xml:space="preserve">!» </w:t>
      </w:r>
      <w:r w:rsidR="00696FF3" w:rsidRPr="00A02E07">
        <w:rPr>
          <w:rFonts w:eastAsia="Times New Roman"/>
          <w:szCs w:val="24"/>
          <w:lang w:val="ru-RU" w:eastAsia="ru-RU"/>
        </w:rPr>
        <w:t xml:space="preserve">(далее-Конкурс) </w:t>
      </w:r>
      <w:r w:rsidR="00E10810" w:rsidRPr="00A02E07">
        <w:rPr>
          <w:rFonts w:eastAsia="Times New Roman"/>
          <w:szCs w:val="24"/>
          <w:lang w:val="ru-RU" w:eastAsia="ru-RU"/>
        </w:rPr>
        <w:t>в</w:t>
      </w:r>
      <w:r w:rsidR="00E10810" w:rsidRPr="00774329">
        <w:rPr>
          <w:rFonts w:eastAsia="Times New Roman"/>
          <w:bCs/>
          <w:szCs w:val="24"/>
          <w:lang w:val="ru-RU" w:eastAsia="ru-RU"/>
        </w:rPr>
        <w:t xml:space="preserve"> рамках осуществления мероприятий по экологическому просвещению, а также организации экологического воспитания и формирования экологической культуры в области обращения с твердыми коммунальными отходами на территории муниципального образования </w:t>
      </w:r>
      <w:r w:rsidR="00E10810" w:rsidRPr="00774329">
        <w:rPr>
          <w:rFonts w:eastAsia="Times New Roman"/>
          <w:szCs w:val="24"/>
          <w:lang w:val="ru-RU" w:eastAsia="ru-RU"/>
        </w:rPr>
        <w:t>для жителей, имеющих регистрацию по месту жительства на территории Муниципального образования города    федерального значения Санкт-Петербурга муниципальный округ Коломяги</w:t>
      </w:r>
      <w:r w:rsidR="00696FF3">
        <w:rPr>
          <w:rFonts w:eastAsia="Times New Roman"/>
          <w:szCs w:val="24"/>
          <w:lang w:val="ru-RU" w:eastAsia="ru-RU"/>
        </w:rPr>
        <w:t xml:space="preserve">, также Конкурс </w:t>
      </w:r>
      <w:r w:rsidR="00696FF3" w:rsidRPr="00696FF3">
        <w:rPr>
          <w:rFonts w:eastAsia="Times New Roman"/>
          <w:szCs w:val="24"/>
          <w:lang w:val="ru-RU" w:eastAsia="ru-RU"/>
        </w:rPr>
        <w:t>направлен на поддержку ответственного отношения к домашним животным, развитие культуры содержания питомцев и укрепление добрососедских отношений среди жителей округа.</w:t>
      </w:r>
    </w:p>
    <w:p w14:paraId="4606EBD8" w14:textId="1D0B23E3" w:rsidR="00696FF3" w:rsidRDefault="00774329" w:rsidP="00796FD3">
      <w:pPr>
        <w:spacing w:after="0" w:line="240" w:lineRule="auto"/>
        <w:jc w:val="both"/>
        <w:rPr>
          <w:rFonts w:eastAsia="Times New Roman"/>
          <w:szCs w:val="24"/>
          <w:lang w:val="ru-RU" w:eastAsia="ru-RU"/>
        </w:rPr>
      </w:pPr>
      <w:r>
        <w:rPr>
          <w:rFonts w:eastAsia="Times New Roman"/>
          <w:szCs w:val="24"/>
          <w:lang w:val="ru-RU" w:eastAsia="ru-RU"/>
        </w:rPr>
        <w:t>1.2. Конкурс приурочен к</w:t>
      </w:r>
      <w:r w:rsidR="00B67EF7">
        <w:rPr>
          <w:rFonts w:eastAsia="Times New Roman"/>
          <w:szCs w:val="24"/>
          <w:lang w:val="ru-RU" w:eastAsia="ru-RU"/>
        </w:rPr>
        <w:t>о</w:t>
      </w:r>
      <w:r>
        <w:rPr>
          <w:rFonts w:eastAsia="Times New Roman"/>
          <w:szCs w:val="24"/>
          <w:lang w:val="ru-RU" w:eastAsia="ru-RU"/>
        </w:rPr>
        <w:t xml:space="preserve"> </w:t>
      </w:r>
      <w:r w:rsidR="00AF44DE">
        <w:rPr>
          <w:rFonts w:eastAsia="Times New Roman"/>
          <w:b/>
          <w:bCs/>
          <w:szCs w:val="24"/>
          <w:lang w:val="ru-RU" w:eastAsia="ru-RU"/>
        </w:rPr>
        <w:t>В</w:t>
      </w:r>
      <w:r w:rsidRPr="00774329">
        <w:rPr>
          <w:rFonts w:eastAsia="Times New Roman"/>
          <w:b/>
          <w:bCs/>
          <w:szCs w:val="24"/>
          <w:lang w:val="ru-RU" w:eastAsia="ru-RU"/>
        </w:rPr>
        <w:t>семирному дню домашних животных</w:t>
      </w:r>
      <w:r>
        <w:rPr>
          <w:rFonts w:eastAsia="Times New Roman"/>
          <w:szCs w:val="24"/>
          <w:lang w:val="ru-RU" w:eastAsia="ru-RU"/>
        </w:rPr>
        <w:t xml:space="preserve">, который </w:t>
      </w:r>
      <w:r w:rsidRPr="00774329">
        <w:rPr>
          <w:rFonts w:eastAsia="Times New Roman"/>
          <w:szCs w:val="24"/>
          <w:lang w:val="ru-RU" w:eastAsia="ru-RU"/>
        </w:rPr>
        <w:t xml:space="preserve">отмечается ежегодно </w:t>
      </w:r>
      <w:r w:rsidRPr="00774329">
        <w:rPr>
          <w:rFonts w:eastAsia="Times New Roman"/>
          <w:b/>
          <w:bCs/>
          <w:szCs w:val="24"/>
          <w:lang w:val="ru-RU" w:eastAsia="ru-RU"/>
        </w:rPr>
        <w:t>30 ноября</w:t>
      </w:r>
      <w:r w:rsidRPr="00774329">
        <w:rPr>
          <w:rFonts w:eastAsia="Times New Roman"/>
          <w:szCs w:val="24"/>
          <w:lang w:val="ru-RU" w:eastAsia="ru-RU"/>
        </w:rPr>
        <w:t>.</w:t>
      </w:r>
    </w:p>
    <w:p w14:paraId="6E744E2A" w14:textId="47D49AE6" w:rsidR="00025925" w:rsidRPr="00025925" w:rsidRDefault="00025925" w:rsidP="00796FD3">
      <w:pPr>
        <w:spacing w:after="0" w:line="240" w:lineRule="auto"/>
        <w:jc w:val="both"/>
        <w:rPr>
          <w:rFonts w:eastAsia="Times New Roman"/>
          <w:szCs w:val="24"/>
          <w:lang w:val="ru-RU" w:eastAsia="ru-RU"/>
        </w:rPr>
      </w:pPr>
      <w:r>
        <w:rPr>
          <w:rFonts w:eastAsia="Times New Roman"/>
          <w:szCs w:val="24"/>
          <w:lang w:val="ru-RU" w:eastAsia="ru-RU"/>
        </w:rPr>
        <w:t>1.3.</w:t>
      </w:r>
      <w:r w:rsidRPr="00025925">
        <w:rPr>
          <w:rFonts w:eastAsia="Times New Roman"/>
          <w:szCs w:val="24"/>
          <w:lang w:val="ru-RU" w:eastAsia="ru-RU"/>
        </w:rPr>
        <w:t>Организатором Конкурса является местная администрация внутригородского муниципального образования города федерального значения Санкт-Петербурга муниципальный округ Коломяги (далее — МА МО Коломяги, Организатор).</w:t>
      </w:r>
    </w:p>
    <w:p w14:paraId="4BC2CF72" w14:textId="19ADEF35" w:rsidR="00696FF3" w:rsidRDefault="00696FF3" w:rsidP="00796FD3">
      <w:pPr>
        <w:spacing w:after="0" w:line="240" w:lineRule="auto"/>
        <w:jc w:val="both"/>
        <w:rPr>
          <w:rFonts w:eastAsia="Times New Roman"/>
          <w:szCs w:val="24"/>
          <w:lang w:val="ru-RU" w:eastAsia="ru-RU"/>
        </w:rPr>
      </w:pPr>
      <w:r>
        <w:rPr>
          <w:rFonts w:eastAsia="Times New Roman"/>
          <w:szCs w:val="24"/>
          <w:lang w:val="ru-RU" w:eastAsia="ru-RU"/>
        </w:rPr>
        <w:t>1.</w:t>
      </w:r>
      <w:r w:rsidR="007C075D">
        <w:rPr>
          <w:rFonts w:eastAsia="Times New Roman"/>
          <w:szCs w:val="24"/>
          <w:lang w:val="ru-RU" w:eastAsia="ru-RU"/>
        </w:rPr>
        <w:t>4</w:t>
      </w:r>
      <w:r>
        <w:rPr>
          <w:rFonts w:eastAsia="Times New Roman"/>
          <w:szCs w:val="24"/>
          <w:lang w:val="ru-RU" w:eastAsia="ru-RU"/>
        </w:rPr>
        <w:t xml:space="preserve">. </w:t>
      </w:r>
      <w:r w:rsidRPr="00696FF3">
        <w:rPr>
          <w:rFonts w:eastAsia="Times New Roman"/>
          <w:szCs w:val="24"/>
          <w:lang w:val="ru-RU" w:eastAsia="ru-RU"/>
        </w:rPr>
        <w:t>В своей работе при планировании, организации и проведении Конкурса для жителей Внутригородского муниципального образования города федерального значения  Санкт-Петербурга муниципальный округ Коломяги Местная администрация руководствуется: Законом Санкт-Петербурга от 23.09.2009 № 420-79 «Об организации местного самоуправления в Санкт-Петербурге», Федеральным законом «Об охране окружающей среды» от 10.01.2002 №7-ФЗ, Федеральным законом «Об отходах производства и потребления» от 26.06.1998 №89-ФЗ, Уставом МО Коломяги, решениями Муниципального Совета внутригородского Муниципального образования города федерального значения Санкт-Петербурга муниципальный округ Коломяги (далее - Муниципальный Совет), настоящим Положением и иными нормативно-правовыми актами</w:t>
      </w:r>
      <w:r>
        <w:rPr>
          <w:rFonts w:eastAsia="Times New Roman"/>
          <w:szCs w:val="24"/>
          <w:lang w:val="ru-RU" w:eastAsia="ru-RU"/>
        </w:rPr>
        <w:t>.</w:t>
      </w:r>
    </w:p>
    <w:p w14:paraId="6914CF4C" w14:textId="1C498912" w:rsidR="007C075D" w:rsidRDefault="007C075D" w:rsidP="00F41845">
      <w:pPr>
        <w:spacing w:after="0" w:line="240" w:lineRule="auto"/>
        <w:jc w:val="both"/>
        <w:rPr>
          <w:rFonts w:eastAsia="Times New Roman"/>
          <w:szCs w:val="24"/>
          <w:lang w:val="ru-RU" w:eastAsia="ru-RU"/>
        </w:rPr>
      </w:pPr>
      <w:r>
        <w:rPr>
          <w:rFonts w:eastAsia="Times New Roman"/>
          <w:szCs w:val="24"/>
          <w:lang w:val="ru-RU" w:eastAsia="ru-RU"/>
        </w:rPr>
        <w:t xml:space="preserve">1.5. </w:t>
      </w:r>
      <w:r w:rsidRPr="007C075D">
        <w:rPr>
          <w:rFonts w:eastAsia="Times New Roman"/>
          <w:szCs w:val="24"/>
          <w:lang w:val="ru-RU" w:eastAsia="ru-RU"/>
        </w:rPr>
        <w:t xml:space="preserve">Информирование жителей о Конкурсе осуществляется посредством размещения информации об условиях его проведения на официальном сайте МО Коломяги и на официальных страницах  </w:t>
      </w:r>
      <w:r w:rsidRPr="003E6269">
        <w:rPr>
          <w:rFonts w:eastAsia="Times New Roman"/>
          <w:szCs w:val="24"/>
          <w:lang w:val="ru-RU" w:eastAsia="ru-RU"/>
        </w:rPr>
        <w:t>МО Коломяги</w:t>
      </w:r>
      <w:r w:rsidR="003E6269">
        <w:rPr>
          <w:rFonts w:eastAsia="Times New Roman"/>
          <w:szCs w:val="24"/>
          <w:lang w:val="ru-RU" w:eastAsia="ru-RU"/>
        </w:rPr>
        <w:t xml:space="preserve"> </w:t>
      </w:r>
      <w:r w:rsidRPr="007C075D">
        <w:rPr>
          <w:rFonts w:eastAsia="Times New Roman"/>
          <w:szCs w:val="24"/>
          <w:lang w:val="ru-RU" w:eastAsia="ru-RU"/>
        </w:rPr>
        <w:t>в информационно-телекоммуникационной сети «Интернет».</w:t>
      </w:r>
    </w:p>
    <w:p w14:paraId="740B813C" w14:textId="45D6DDB0" w:rsidR="00696FF3" w:rsidRPr="00696FF3" w:rsidRDefault="00696FF3" w:rsidP="00796FD3">
      <w:pPr>
        <w:spacing w:after="0" w:line="240" w:lineRule="auto"/>
        <w:jc w:val="both"/>
        <w:rPr>
          <w:rFonts w:eastAsia="Times New Roman"/>
          <w:szCs w:val="24"/>
          <w:lang w:val="ru-RU" w:eastAsia="ru-RU"/>
        </w:rPr>
      </w:pPr>
    </w:p>
    <w:p w14:paraId="4590BD50" w14:textId="0F5FF72A" w:rsidR="002B0932" w:rsidRDefault="006820D0" w:rsidP="00796FD3">
      <w:pPr>
        <w:spacing w:after="0" w:line="240" w:lineRule="auto"/>
        <w:jc w:val="both"/>
        <w:rPr>
          <w:rFonts w:cs="Times New Roman"/>
          <w:b/>
          <w:szCs w:val="24"/>
          <w:lang w:val="ru-RU"/>
        </w:rPr>
      </w:pPr>
      <w:r w:rsidRPr="00E328C6">
        <w:rPr>
          <w:rFonts w:cs="Times New Roman"/>
          <w:b/>
          <w:szCs w:val="24"/>
          <w:lang w:val="ru-RU"/>
        </w:rPr>
        <w:t xml:space="preserve">2. </w:t>
      </w:r>
      <w:r w:rsidR="00696FF3">
        <w:rPr>
          <w:rFonts w:cs="Times New Roman"/>
          <w:b/>
          <w:szCs w:val="24"/>
          <w:lang w:val="ru-RU"/>
        </w:rPr>
        <w:t>Цели и задачи</w:t>
      </w:r>
    </w:p>
    <w:p w14:paraId="4A70C547" w14:textId="77777777" w:rsidR="00696FF3" w:rsidRDefault="00696FF3" w:rsidP="00796FD3">
      <w:pPr>
        <w:spacing w:after="0" w:line="240" w:lineRule="auto"/>
        <w:jc w:val="both"/>
        <w:rPr>
          <w:rFonts w:eastAsia="Times New Roman"/>
          <w:szCs w:val="24"/>
          <w:lang w:val="ru-RU" w:eastAsia="ru-RU"/>
        </w:rPr>
      </w:pPr>
    </w:p>
    <w:p w14:paraId="3F67E305" w14:textId="35AA9272" w:rsidR="00CE07FC" w:rsidRDefault="00CE07FC" w:rsidP="00796FD3">
      <w:pPr>
        <w:spacing w:after="0" w:line="240" w:lineRule="auto"/>
        <w:ind w:firstLine="284"/>
        <w:jc w:val="both"/>
        <w:rPr>
          <w:rFonts w:eastAsia="Times New Roman"/>
          <w:szCs w:val="24"/>
          <w:lang w:val="ru-RU" w:eastAsia="ru-RU"/>
        </w:rPr>
      </w:pPr>
      <w:r w:rsidRPr="009A1AD6">
        <w:rPr>
          <w:rFonts w:eastAsia="Times New Roman"/>
          <w:szCs w:val="24"/>
          <w:lang w:val="ru-RU" w:eastAsia="ru-RU"/>
        </w:rPr>
        <w:t>2.1. Цели:</w:t>
      </w:r>
    </w:p>
    <w:p w14:paraId="7AE0AE2A" w14:textId="2F3D2EB0" w:rsidR="00F41845" w:rsidRPr="00F41845" w:rsidRDefault="00F41845" w:rsidP="00F41845">
      <w:pPr>
        <w:pStyle w:val="ae"/>
        <w:numPr>
          <w:ilvl w:val="0"/>
          <w:numId w:val="11"/>
        </w:numPr>
        <w:spacing w:after="0" w:line="240" w:lineRule="auto"/>
        <w:ind w:left="0" w:hanging="426"/>
        <w:jc w:val="both"/>
        <w:rPr>
          <w:rFonts w:eastAsia="Times New Roman"/>
          <w:szCs w:val="24"/>
          <w:lang w:val="ru-RU" w:eastAsia="ru-RU"/>
        </w:rPr>
      </w:pPr>
      <w:r w:rsidRPr="00F41845">
        <w:rPr>
          <w:lang w:val="ru-RU"/>
        </w:rPr>
        <w:t>формирование у жителей округа, прежде всего у детей и молодёжи, ответственного и</w:t>
      </w:r>
      <w:r>
        <w:rPr>
          <w:lang w:val="ru-RU"/>
        </w:rPr>
        <w:t xml:space="preserve"> бережного</w:t>
      </w:r>
    </w:p>
    <w:p w14:paraId="741E5366" w14:textId="2B2DDCCD" w:rsidR="004436CA" w:rsidRDefault="00CE07FC" w:rsidP="00796FD3">
      <w:pPr>
        <w:pStyle w:val="a0"/>
        <w:numPr>
          <w:ilvl w:val="0"/>
          <w:numId w:val="0"/>
        </w:numPr>
        <w:spacing w:after="0" w:line="240" w:lineRule="auto"/>
        <w:jc w:val="both"/>
        <w:rPr>
          <w:lang w:val="ru-RU"/>
        </w:rPr>
      </w:pPr>
      <w:r w:rsidRPr="00CE07FC">
        <w:rPr>
          <w:lang w:val="ru-RU"/>
        </w:rPr>
        <w:t>бережного отношения к домашним животным и окружающей среде</w:t>
      </w:r>
      <w:r w:rsidR="00B71625">
        <w:rPr>
          <w:lang w:val="ru-RU"/>
        </w:rPr>
        <w:t>.</w:t>
      </w:r>
    </w:p>
    <w:p w14:paraId="5C0CBE9C" w14:textId="24691DEE" w:rsidR="004436CA" w:rsidRDefault="004436CA" w:rsidP="00796FD3">
      <w:pPr>
        <w:pStyle w:val="a0"/>
        <w:numPr>
          <w:ilvl w:val="0"/>
          <w:numId w:val="0"/>
        </w:numPr>
        <w:spacing w:after="0" w:line="240" w:lineRule="auto"/>
        <w:jc w:val="both"/>
        <w:rPr>
          <w:lang w:val="ru-RU"/>
        </w:rPr>
      </w:pPr>
      <w:r w:rsidRPr="00392BB8">
        <w:rPr>
          <w:lang w:val="ru-RU"/>
        </w:rPr>
        <w:lastRenderedPageBreak/>
        <w:t>2.</w:t>
      </w:r>
      <w:r w:rsidR="00F27660">
        <w:rPr>
          <w:lang w:val="ru-RU"/>
        </w:rPr>
        <w:t>2</w:t>
      </w:r>
      <w:r w:rsidRPr="00392BB8">
        <w:rPr>
          <w:lang w:val="ru-RU"/>
        </w:rPr>
        <w:t xml:space="preserve">. </w:t>
      </w:r>
      <w:r w:rsidR="00F27660">
        <w:rPr>
          <w:lang w:val="ru-RU"/>
        </w:rPr>
        <w:t>Задачи</w:t>
      </w:r>
      <w:r w:rsidRPr="00392BB8">
        <w:rPr>
          <w:lang w:val="ru-RU"/>
        </w:rPr>
        <w:t>:</w:t>
      </w:r>
    </w:p>
    <w:p w14:paraId="2319C5A2" w14:textId="77777777" w:rsidR="004436CA" w:rsidRPr="004436CA" w:rsidRDefault="004436CA" w:rsidP="00796FD3">
      <w:pPr>
        <w:pStyle w:val="a0"/>
        <w:spacing w:after="0" w:line="240" w:lineRule="auto"/>
        <w:ind w:left="0"/>
        <w:jc w:val="both"/>
        <w:rPr>
          <w:lang w:val="ru-RU"/>
        </w:rPr>
      </w:pPr>
      <w:r w:rsidRPr="004436CA">
        <w:rPr>
          <w:lang w:val="ru-RU"/>
        </w:rPr>
        <w:t>формирование экологической культуры владельцев животных: понимания, что домашний питомец — часть городской экосистемы, а его благополучие напрямую зависит от состояния окружающей среды;</w:t>
      </w:r>
    </w:p>
    <w:p w14:paraId="2EBF9FA2" w14:textId="77777777" w:rsidR="004436CA" w:rsidRPr="004436CA" w:rsidRDefault="004436CA" w:rsidP="00796FD3">
      <w:pPr>
        <w:pStyle w:val="a0"/>
        <w:spacing w:after="0" w:line="240" w:lineRule="auto"/>
        <w:ind w:left="0"/>
        <w:jc w:val="both"/>
        <w:rPr>
          <w:lang w:val="ru-RU"/>
        </w:rPr>
      </w:pPr>
      <w:r w:rsidRPr="004436CA">
        <w:rPr>
          <w:lang w:val="ru-RU"/>
        </w:rPr>
        <w:t>привлечение внимания жителей к проблемам безнадзорных животных как к экологической и социальной проблеме города, пропаганда принципов гуманного отношения к животным и ответственного владения как основного способа сокращения численности животных без владельцев;</w:t>
      </w:r>
    </w:p>
    <w:p w14:paraId="085BE425" w14:textId="77777777" w:rsidR="004436CA" w:rsidRPr="004436CA" w:rsidRDefault="004436CA" w:rsidP="00796FD3">
      <w:pPr>
        <w:pStyle w:val="a0"/>
        <w:spacing w:after="0" w:line="240" w:lineRule="auto"/>
        <w:ind w:left="0"/>
        <w:jc w:val="both"/>
        <w:rPr>
          <w:lang w:val="ru-RU"/>
        </w:rPr>
      </w:pPr>
      <w:r w:rsidRPr="004436CA">
        <w:rPr>
          <w:lang w:val="ru-RU"/>
        </w:rPr>
        <w:t>популяризация правил содержания питомцев на природных и общественных территориях округа: уборки за животными, выгула в специально отведённых местах, сохранения чистоты зелёных зон, парков и лесопарков;</w:t>
      </w:r>
    </w:p>
    <w:p w14:paraId="484C0E32" w14:textId="77777777" w:rsidR="004436CA" w:rsidRPr="004436CA" w:rsidRDefault="004436CA" w:rsidP="00796FD3">
      <w:pPr>
        <w:pStyle w:val="a0"/>
        <w:spacing w:after="0" w:line="240" w:lineRule="auto"/>
        <w:ind w:left="0"/>
        <w:jc w:val="both"/>
        <w:rPr>
          <w:lang w:val="ru-RU"/>
        </w:rPr>
      </w:pPr>
      <w:r w:rsidRPr="004436CA">
        <w:rPr>
          <w:lang w:val="ru-RU"/>
        </w:rPr>
        <w:t>показ через фотоработы взаимосвязи человека, животного и природы — уважения к среде обитания, заботы о зелёных территориях и водных объектах округа;</w:t>
      </w:r>
    </w:p>
    <w:p w14:paraId="75B6C724" w14:textId="6ACA424E" w:rsidR="00696FF3" w:rsidRPr="00080884" w:rsidRDefault="004436CA" w:rsidP="00796FD3">
      <w:pPr>
        <w:pStyle w:val="a0"/>
        <w:numPr>
          <w:ilvl w:val="0"/>
          <w:numId w:val="11"/>
        </w:numPr>
        <w:spacing w:after="0" w:line="240" w:lineRule="auto"/>
        <w:ind w:left="0" w:hanging="426"/>
        <w:jc w:val="both"/>
        <w:rPr>
          <w:rFonts w:eastAsia="Times New Roman"/>
          <w:szCs w:val="24"/>
          <w:lang w:val="ru-RU" w:eastAsia="ru-RU"/>
        </w:rPr>
      </w:pPr>
      <w:r w:rsidRPr="00541216">
        <w:rPr>
          <w:lang w:val="ru-RU"/>
        </w:rPr>
        <w:t xml:space="preserve">поддержка экологических инициатив и волонтёрских проектов округа в сфере защиты животных и сохранения городской среды; в рамках Конкурса может быть организован сбор </w:t>
      </w:r>
      <w:r w:rsidR="00541216" w:rsidRPr="00541216">
        <w:rPr>
          <w:lang w:val="ru-RU"/>
        </w:rPr>
        <w:t>необходимых вещей для</w:t>
      </w:r>
      <w:r w:rsidRPr="00541216">
        <w:rPr>
          <w:lang w:val="ru-RU"/>
        </w:rPr>
        <w:t xml:space="preserve"> приютов и организаций защиты животных</w:t>
      </w:r>
      <w:r w:rsidR="00541216">
        <w:rPr>
          <w:lang w:val="ru-RU"/>
        </w:rPr>
        <w:t>.</w:t>
      </w:r>
    </w:p>
    <w:p w14:paraId="068D8436" w14:textId="77777777" w:rsidR="00541216" w:rsidRPr="00541216" w:rsidRDefault="00541216" w:rsidP="00796FD3">
      <w:pPr>
        <w:pStyle w:val="a0"/>
        <w:numPr>
          <w:ilvl w:val="0"/>
          <w:numId w:val="0"/>
        </w:numPr>
        <w:spacing w:after="0" w:line="240" w:lineRule="auto"/>
        <w:jc w:val="both"/>
        <w:rPr>
          <w:rFonts w:eastAsia="Times New Roman"/>
          <w:szCs w:val="24"/>
          <w:lang w:val="ru-RU" w:eastAsia="ru-RU"/>
        </w:rPr>
      </w:pPr>
    </w:p>
    <w:p w14:paraId="2AA1A240" w14:textId="77268B02" w:rsidR="002B0932" w:rsidRDefault="006820D0" w:rsidP="00796FD3">
      <w:pPr>
        <w:spacing w:after="0" w:line="240" w:lineRule="auto"/>
        <w:jc w:val="both"/>
        <w:rPr>
          <w:rFonts w:cs="Times New Roman"/>
          <w:b/>
          <w:szCs w:val="24"/>
          <w:lang w:val="ru-RU"/>
        </w:rPr>
      </w:pPr>
      <w:r w:rsidRPr="00E328C6">
        <w:rPr>
          <w:rFonts w:cs="Times New Roman"/>
          <w:b/>
          <w:szCs w:val="24"/>
          <w:lang w:val="ru-RU"/>
        </w:rPr>
        <w:t xml:space="preserve">3. </w:t>
      </w:r>
      <w:r w:rsidR="004436CA">
        <w:rPr>
          <w:rFonts w:cs="Times New Roman"/>
          <w:b/>
          <w:szCs w:val="24"/>
          <w:lang w:val="ru-RU"/>
        </w:rPr>
        <w:t>Участники Конкурса</w:t>
      </w:r>
    </w:p>
    <w:p w14:paraId="1F37DAE6" w14:textId="77777777" w:rsidR="004436CA" w:rsidRDefault="004436CA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2F68BE5E" w14:textId="011A7AD0" w:rsidR="00947786" w:rsidRPr="00947786" w:rsidRDefault="00947786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947786">
        <w:rPr>
          <w:rFonts w:cs="Times New Roman"/>
          <w:szCs w:val="24"/>
          <w:lang w:val="ru-RU"/>
        </w:rPr>
        <w:t>В конкурсе могут принять участие</w:t>
      </w:r>
      <w:r w:rsidR="00F27660">
        <w:rPr>
          <w:rFonts w:cs="Times New Roman"/>
          <w:szCs w:val="24"/>
          <w:lang w:val="ru-RU"/>
        </w:rPr>
        <w:t xml:space="preserve"> жители округа</w:t>
      </w:r>
      <w:r w:rsidRPr="00947786">
        <w:rPr>
          <w:rFonts w:cs="Times New Roman"/>
          <w:szCs w:val="24"/>
          <w:lang w:val="ru-RU"/>
        </w:rPr>
        <w:t xml:space="preserve">, имеющие </w:t>
      </w:r>
      <w:r w:rsidR="00B83C0F">
        <w:rPr>
          <w:rFonts w:cs="Times New Roman"/>
          <w:szCs w:val="24"/>
          <w:lang w:val="ru-RU"/>
        </w:rPr>
        <w:t xml:space="preserve">постоянную </w:t>
      </w:r>
      <w:r w:rsidRPr="00947786">
        <w:rPr>
          <w:rFonts w:cs="Times New Roman"/>
          <w:szCs w:val="24"/>
          <w:lang w:val="ru-RU"/>
        </w:rPr>
        <w:t>регистрацию по месту жительства на территории МО Коломяги</w:t>
      </w:r>
      <w:r w:rsidR="003E6269">
        <w:rPr>
          <w:rFonts w:cs="Times New Roman"/>
          <w:szCs w:val="24"/>
          <w:lang w:val="ru-RU"/>
        </w:rPr>
        <w:t>.</w:t>
      </w:r>
    </w:p>
    <w:p w14:paraId="0834EC4C" w14:textId="77777777" w:rsidR="00947786" w:rsidRDefault="00947786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2E7D1E34" w14:textId="3ACDAA6A" w:rsidR="002B0932" w:rsidRPr="00E328C6" w:rsidRDefault="006820D0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E328C6">
        <w:rPr>
          <w:rFonts w:cs="Times New Roman"/>
          <w:b/>
          <w:szCs w:val="24"/>
          <w:lang w:val="ru-RU"/>
        </w:rPr>
        <w:t xml:space="preserve">4. </w:t>
      </w:r>
      <w:r w:rsidR="00947786">
        <w:rPr>
          <w:rFonts w:cs="Times New Roman"/>
          <w:b/>
          <w:szCs w:val="24"/>
          <w:lang w:val="ru-RU"/>
        </w:rPr>
        <w:t>Сроки проведения Конкурса</w:t>
      </w:r>
    </w:p>
    <w:p w14:paraId="3ABAA59E" w14:textId="77777777" w:rsidR="00947786" w:rsidRDefault="00947786" w:rsidP="00796FD3">
      <w:pPr>
        <w:spacing w:after="0" w:line="240" w:lineRule="auto"/>
        <w:ind w:firstLine="709"/>
        <w:jc w:val="both"/>
        <w:rPr>
          <w:rFonts w:cs="Times New Roman"/>
          <w:szCs w:val="24"/>
          <w:lang w:val="ru-RU"/>
        </w:rPr>
      </w:pPr>
    </w:p>
    <w:p w14:paraId="57B86DD4" w14:textId="5C5804CB" w:rsidR="00947786" w:rsidRPr="00947786" w:rsidRDefault="00947786" w:rsidP="00796FD3">
      <w:pPr>
        <w:pStyle w:val="ae"/>
        <w:numPr>
          <w:ilvl w:val="0"/>
          <w:numId w:val="11"/>
        </w:numPr>
        <w:spacing w:after="0" w:line="240" w:lineRule="auto"/>
        <w:ind w:left="0"/>
        <w:jc w:val="both"/>
        <w:rPr>
          <w:rFonts w:cs="Times New Roman"/>
          <w:szCs w:val="24"/>
          <w:lang w:val="ru-RU"/>
        </w:rPr>
      </w:pPr>
      <w:r w:rsidRPr="00947786">
        <w:rPr>
          <w:rFonts w:cs="Times New Roman"/>
          <w:bCs/>
          <w:szCs w:val="24"/>
          <w:lang w:val="ru-RU"/>
        </w:rPr>
        <w:t xml:space="preserve">Конкурс проводится в период с 1 ноября по 30 ноября 2026 года: </w:t>
      </w:r>
    </w:p>
    <w:p w14:paraId="595A3A53" w14:textId="72797D03" w:rsidR="00947786" w:rsidRPr="00947786" w:rsidRDefault="00947786" w:rsidP="00796FD3">
      <w:pPr>
        <w:pStyle w:val="ae"/>
        <w:numPr>
          <w:ilvl w:val="0"/>
          <w:numId w:val="11"/>
        </w:numPr>
        <w:spacing w:after="0" w:line="240" w:lineRule="auto"/>
        <w:ind w:left="0"/>
        <w:jc w:val="both"/>
        <w:rPr>
          <w:rFonts w:cs="Times New Roman"/>
          <w:bCs/>
          <w:szCs w:val="24"/>
          <w:lang w:val="ru-RU"/>
        </w:rPr>
      </w:pPr>
      <w:r w:rsidRPr="00947786">
        <w:rPr>
          <w:rFonts w:cs="Times New Roman"/>
          <w:bCs/>
          <w:szCs w:val="24"/>
          <w:lang w:val="ru-RU"/>
        </w:rPr>
        <w:t>С 1 ноября по 22 ноября 2026 года - прием работ;</w:t>
      </w:r>
    </w:p>
    <w:p w14:paraId="757C79F6" w14:textId="662EDC05" w:rsidR="00947786" w:rsidRPr="00947786" w:rsidRDefault="00947786" w:rsidP="00796FD3">
      <w:pPr>
        <w:pStyle w:val="ae"/>
        <w:numPr>
          <w:ilvl w:val="0"/>
          <w:numId w:val="11"/>
        </w:numPr>
        <w:spacing w:after="0" w:line="240" w:lineRule="auto"/>
        <w:ind w:left="0"/>
        <w:jc w:val="both"/>
        <w:rPr>
          <w:rFonts w:cs="Times New Roman"/>
          <w:szCs w:val="24"/>
          <w:lang w:val="ru-RU"/>
        </w:rPr>
      </w:pPr>
      <w:r w:rsidRPr="00947786">
        <w:rPr>
          <w:rFonts w:cs="Times New Roman"/>
          <w:b/>
          <w:szCs w:val="24"/>
          <w:lang w:val="ru-RU"/>
        </w:rPr>
        <w:t>30 ноября</w:t>
      </w:r>
      <w:r w:rsidRPr="00947786">
        <w:rPr>
          <w:rFonts w:cs="Times New Roman"/>
          <w:szCs w:val="24"/>
          <w:lang w:val="ru-RU"/>
        </w:rPr>
        <w:t xml:space="preserve"> – торжественная церемония награждения победителей и участников Конкурса.</w:t>
      </w:r>
    </w:p>
    <w:p w14:paraId="60624B5F" w14:textId="77777777" w:rsidR="00947786" w:rsidRDefault="00947786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19984ACC" w14:textId="2AF3B902" w:rsidR="00947786" w:rsidRDefault="00947786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947786">
        <w:rPr>
          <w:rFonts w:cs="Times New Roman"/>
          <w:b/>
          <w:bCs/>
          <w:szCs w:val="24"/>
          <w:lang w:val="ru-RU"/>
        </w:rPr>
        <w:t>5. Порядок участия в Конкурсе</w:t>
      </w:r>
    </w:p>
    <w:p w14:paraId="67F7FFDD" w14:textId="77777777" w:rsidR="00947786" w:rsidRDefault="00947786" w:rsidP="00796FD3">
      <w:pPr>
        <w:spacing w:after="0" w:line="240" w:lineRule="auto"/>
        <w:ind w:firstLine="709"/>
        <w:jc w:val="both"/>
        <w:rPr>
          <w:rFonts w:cs="Times New Roman"/>
          <w:szCs w:val="24"/>
          <w:lang w:val="ru-RU"/>
        </w:rPr>
      </w:pPr>
    </w:p>
    <w:p w14:paraId="792DE399" w14:textId="007B0D37" w:rsidR="00080884" w:rsidRDefault="00F75F62" w:rsidP="00796FD3">
      <w:pPr>
        <w:spacing w:after="0" w:line="240" w:lineRule="auto"/>
        <w:jc w:val="both"/>
        <w:rPr>
          <w:lang w:val="ru-RU"/>
        </w:rPr>
      </w:pPr>
      <w:r w:rsidRPr="00F75F62">
        <w:rPr>
          <w:rFonts w:cs="Times New Roman"/>
          <w:szCs w:val="24"/>
          <w:lang w:val="ru-RU"/>
        </w:rPr>
        <w:t xml:space="preserve">5.1. </w:t>
      </w:r>
      <w:r w:rsidR="00080884" w:rsidRPr="00080884">
        <w:rPr>
          <w:lang w:val="ru-RU"/>
        </w:rPr>
        <w:t xml:space="preserve">Для участия в Конкурсе в адрес Организатора подаётся заявка по установленной форме (приложение 1 к настоящему Положению). </w:t>
      </w:r>
      <w:r w:rsidR="00080884" w:rsidRPr="00AF44DE">
        <w:rPr>
          <w:lang w:val="ru-RU"/>
        </w:rPr>
        <w:t xml:space="preserve">Заявка направляется на электронную почту: </w:t>
      </w:r>
      <w:hyperlink r:id="rId8" w:history="1">
        <w:r w:rsidR="00080884" w:rsidRPr="00EB1BC2">
          <w:rPr>
            <w:rStyle w:val="aff8"/>
          </w:rPr>
          <w:t>mamo</w:t>
        </w:r>
        <w:r w:rsidR="00080884" w:rsidRPr="00AF44DE">
          <w:rPr>
            <w:rStyle w:val="aff8"/>
            <w:lang w:val="ru-RU"/>
          </w:rPr>
          <w:t>70@</w:t>
        </w:r>
        <w:proofErr w:type="spellStart"/>
        <w:r w:rsidR="00080884" w:rsidRPr="00EB1BC2">
          <w:rPr>
            <w:rStyle w:val="aff8"/>
          </w:rPr>
          <w:t>yandex</w:t>
        </w:r>
        <w:proofErr w:type="spellEnd"/>
        <w:r w:rsidR="00080884" w:rsidRPr="00AF44DE">
          <w:rPr>
            <w:rStyle w:val="aff8"/>
            <w:lang w:val="ru-RU"/>
          </w:rPr>
          <w:t>.</w:t>
        </w:r>
        <w:proofErr w:type="spellStart"/>
        <w:r w:rsidR="00080884" w:rsidRPr="00EB1BC2">
          <w:rPr>
            <w:rStyle w:val="aff8"/>
          </w:rPr>
          <w:t>ru</w:t>
        </w:r>
        <w:proofErr w:type="spellEnd"/>
      </w:hyperlink>
      <w:r w:rsidR="00080884" w:rsidRPr="00AF44DE">
        <w:rPr>
          <w:lang w:val="ru-RU"/>
        </w:rPr>
        <w:t>.</w:t>
      </w:r>
    </w:p>
    <w:p w14:paraId="32AD76A6" w14:textId="767171F6" w:rsidR="00F75F62" w:rsidRDefault="00F75F6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5.2. </w:t>
      </w:r>
      <w:r w:rsidRPr="00E328C6">
        <w:rPr>
          <w:rFonts w:cs="Times New Roman"/>
          <w:szCs w:val="24"/>
          <w:lang w:val="ru-RU"/>
        </w:rPr>
        <w:t xml:space="preserve">К участию в Конкурсе допускаются фотографии домашних животных </w:t>
      </w:r>
      <w:r w:rsidRPr="00F75F62">
        <w:rPr>
          <w:rFonts w:cs="Times New Roman"/>
          <w:b/>
          <w:bCs/>
          <w:szCs w:val="24"/>
          <w:lang w:val="ru-RU"/>
        </w:rPr>
        <w:t>СОБАК И КОШЕК</w:t>
      </w:r>
      <w:r w:rsidRPr="00E328C6">
        <w:rPr>
          <w:rFonts w:cs="Times New Roman"/>
          <w:szCs w:val="24"/>
          <w:lang w:val="ru-RU"/>
        </w:rPr>
        <w:t>, сделанные участником</w:t>
      </w:r>
      <w:r>
        <w:rPr>
          <w:rFonts w:cs="Times New Roman"/>
          <w:szCs w:val="24"/>
          <w:lang w:val="ru-RU"/>
        </w:rPr>
        <w:t>.</w:t>
      </w:r>
    </w:p>
    <w:p w14:paraId="54EE6CB2" w14:textId="0FC36D32" w:rsidR="00F75F62" w:rsidRPr="00F75F62" w:rsidRDefault="00F75F6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5.3. </w:t>
      </w:r>
      <w:r w:rsidRPr="00E328C6">
        <w:rPr>
          <w:rFonts w:cs="Times New Roman"/>
          <w:szCs w:val="24"/>
          <w:lang w:val="ru-RU"/>
        </w:rPr>
        <w:t xml:space="preserve">От одного участника принимается </w:t>
      </w:r>
      <w:r w:rsidRPr="00F75F62">
        <w:rPr>
          <w:rFonts w:cs="Times New Roman"/>
          <w:b/>
          <w:bCs/>
          <w:szCs w:val="24"/>
          <w:lang w:val="ru-RU"/>
        </w:rPr>
        <w:t>не более 2 (двух)</w:t>
      </w:r>
      <w:r w:rsidRPr="00E328C6">
        <w:rPr>
          <w:rFonts w:cs="Times New Roman"/>
          <w:szCs w:val="24"/>
          <w:lang w:val="ru-RU"/>
        </w:rPr>
        <w:t xml:space="preserve"> фотографий</w:t>
      </w:r>
      <w:r>
        <w:rPr>
          <w:rFonts w:cs="Times New Roman"/>
          <w:szCs w:val="24"/>
          <w:lang w:val="ru-RU"/>
        </w:rPr>
        <w:t>.</w:t>
      </w:r>
    </w:p>
    <w:p w14:paraId="26724877" w14:textId="5C5F94AC" w:rsidR="00F75F62" w:rsidRPr="00F75F62" w:rsidRDefault="00F75F6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F75F62">
        <w:rPr>
          <w:rFonts w:cs="Times New Roman"/>
          <w:szCs w:val="24"/>
          <w:lang w:val="ru-RU"/>
        </w:rPr>
        <w:t>5.</w:t>
      </w:r>
      <w:r w:rsidR="000046D4">
        <w:rPr>
          <w:rFonts w:cs="Times New Roman"/>
          <w:szCs w:val="24"/>
          <w:lang w:val="ru-RU"/>
        </w:rPr>
        <w:t>4</w:t>
      </w:r>
      <w:r w:rsidRPr="00F75F62">
        <w:rPr>
          <w:rFonts w:cs="Times New Roman"/>
          <w:szCs w:val="24"/>
          <w:lang w:val="ru-RU"/>
        </w:rPr>
        <w:t xml:space="preserve">. Работы принимаются только при наличии </w:t>
      </w:r>
      <w:r>
        <w:rPr>
          <w:rFonts w:cs="Times New Roman"/>
          <w:szCs w:val="24"/>
          <w:lang w:val="ru-RU"/>
        </w:rPr>
        <w:t>заполненной заявки со следующими данными</w:t>
      </w:r>
      <w:r w:rsidRPr="00F75F62">
        <w:rPr>
          <w:rFonts w:cs="Times New Roman"/>
          <w:szCs w:val="24"/>
          <w:lang w:val="ru-RU"/>
        </w:rPr>
        <w:t xml:space="preserve">: </w:t>
      </w:r>
      <w:r w:rsidRPr="005D5F63">
        <w:rPr>
          <w:rFonts w:cs="Times New Roman"/>
          <w:b/>
          <w:bCs/>
          <w:szCs w:val="24"/>
          <w:lang w:val="ru-RU"/>
        </w:rPr>
        <w:t>ФИО, адреса постоянной регистрации на территории МО Коломяги и контактного телефона, клички и возраста животного</w:t>
      </w:r>
      <w:r w:rsidRPr="00F75F62">
        <w:rPr>
          <w:rFonts w:cs="Times New Roman"/>
          <w:szCs w:val="24"/>
          <w:lang w:val="ru-RU"/>
        </w:rPr>
        <w:t xml:space="preserve">. </w:t>
      </w:r>
    </w:p>
    <w:p w14:paraId="0952BDF9" w14:textId="321F0278" w:rsidR="00F75F62" w:rsidRPr="00E459BA" w:rsidRDefault="00F75F62" w:rsidP="00796FD3">
      <w:pPr>
        <w:spacing w:after="0" w:line="240" w:lineRule="auto"/>
        <w:jc w:val="both"/>
        <w:rPr>
          <w:rFonts w:cs="Times New Roman"/>
          <w:b/>
          <w:bCs/>
          <w:szCs w:val="24"/>
          <w:lang w:val="ru-RU"/>
        </w:rPr>
      </w:pPr>
      <w:r w:rsidRPr="00E459BA">
        <w:rPr>
          <w:rFonts w:cs="Times New Roman"/>
          <w:szCs w:val="24"/>
          <w:lang w:val="ru-RU"/>
        </w:rPr>
        <w:t>5.3.</w:t>
      </w:r>
      <w:r w:rsidRPr="00E459BA">
        <w:rPr>
          <w:rFonts w:cs="Times New Roman"/>
          <w:b/>
          <w:bCs/>
          <w:szCs w:val="24"/>
          <w:lang w:val="ru-RU"/>
        </w:rPr>
        <w:t xml:space="preserve">  </w:t>
      </w:r>
      <w:r w:rsidR="00E459BA" w:rsidRPr="00E459BA">
        <w:rPr>
          <w:rFonts w:cs="Times New Roman"/>
          <w:b/>
          <w:bCs/>
          <w:szCs w:val="24"/>
        </w:rPr>
        <w:t> </w:t>
      </w:r>
      <w:r w:rsidR="00E459BA" w:rsidRPr="00E459BA">
        <w:rPr>
          <w:rFonts w:cs="Times New Roman"/>
          <w:b/>
          <w:bCs/>
          <w:szCs w:val="24"/>
          <w:lang w:val="ru-RU"/>
        </w:rPr>
        <w:t>От одного участника принимается конкурсная работа только по одному животному — либо собаке, либо кошке.</w:t>
      </w:r>
    </w:p>
    <w:p w14:paraId="464EAA89" w14:textId="44664598" w:rsidR="00F75F62" w:rsidRPr="00F75F62" w:rsidRDefault="00F75F6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F75F62">
        <w:rPr>
          <w:rFonts w:cs="Times New Roman"/>
          <w:szCs w:val="24"/>
          <w:lang w:val="ru-RU"/>
        </w:rPr>
        <w:t xml:space="preserve">5.4.  В случае недостоверности информации, направленной в заявке: неправильно указанный номер, отсутствие адреса регистрации/контактного телефона/ФИО, работа не может быть принята. </w:t>
      </w:r>
    </w:p>
    <w:p w14:paraId="1A1F43F8" w14:textId="77777777" w:rsidR="002D739B" w:rsidRDefault="00F75F6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F75F62">
        <w:rPr>
          <w:rFonts w:cs="Times New Roman"/>
          <w:szCs w:val="24"/>
          <w:lang w:val="ru-RU"/>
        </w:rPr>
        <w:t>5.5. Заявляя работу на участие в конкурсе, в соответствии с Федеральным законом «О персональных данных» от 27.07.2006 №152-ФЗ участни</w:t>
      </w:r>
      <w:r w:rsidR="00BC5FEF">
        <w:rPr>
          <w:rFonts w:cs="Times New Roman"/>
          <w:szCs w:val="24"/>
          <w:lang w:val="ru-RU"/>
        </w:rPr>
        <w:t>к</w:t>
      </w:r>
      <w:r w:rsidRPr="00F75F62">
        <w:rPr>
          <w:rFonts w:cs="Times New Roman"/>
          <w:szCs w:val="24"/>
          <w:lang w:val="ru-RU"/>
        </w:rPr>
        <w:t xml:space="preserve"> дает согласие на обработку, включая сбор, систематизацию, накопление, уточнение, использование и распространение персональных данных</w:t>
      </w:r>
      <w:r w:rsidR="007E5F18">
        <w:rPr>
          <w:rFonts w:cs="Times New Roman"/>
          <w:szCs w:val="24"/>
          <w:lang w:val="ru-RU"/>
        </w:rPr>
        <w:t>.</w:t>
      </w:r>
      <w:r w:rsidRPr="00F75F62">
        <w:rPr>
          <w:rFonts w:cs="Times New Roman"/>
          <w:szCs w:val="24"/>
          <w:lang w:val="ru-RU"/>
        </w:rPr>
        <w:t xml:space="preserve"> </w:t>
      </w:r>
    </w:p>
    <w:p w14:paraId="07CA8B07" w14:textId="537A691C" w:rsidR="00F75F62" w:rsidRPr="00080884" w:rsidRDefault="00F75F6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F75F62">
        <w:rPr>
          <w:rFonts w:cs="Times New Roman"/>
          <w:szCs w:val="24"/>
          <w:lang w:val="ru-RU"/>
        </w:rPr>
        <w:lastRenderedPageBreak/>
        <w:t xml:space="preserve">5.6. </w:t>
      </w:r>
      <w:r w:rsidR="00080884" w:rsidRPr="00080884">
        <w:rPr>
          <w:lang w:val="ru-RU"/>
        </w:rPr>
        <w:t>Работа считается принятой на Конкурс при получении обратного письма с подтверждением, а также заполненного согласия на обработку персональных данных (приложение 2 к настоящему Положению).</w:t>
      </w:r>
    </w:p>
    <w:p w14:paraId="2A4B01D7" w14:textId="77777777" w:rsidR="00F75F62" w:rsidRDefault="00F75F6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690E21B7" w14:textId="6E137E18" w:rsidR="002B0932" w:rsidRDefault="00262FE6" w:rsidP="00796FD3">
      <w:pPr>
        <w:spacing w:after="0" w:line="240" w:lineRule="auto"/>
        <w:jc w:val="both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6</w:t>
      </w:r>
      <w:r w:rsidR="006820D0" w:rsidRPr="00E328C6">
        <w:rPr>
          <w:rFonts w:cs="Times New Roman"/>
          <w:b/>
          <w:szCs w:val="24"/>
          <w:lang w:val="ru-RU"/>
        </w:rPr>
        <w:t xml:space="preserve">. </w:t>
      </w:r>
      <w:r>
        <w:rPr>
          <w:rFonts w:cs="Times New Roman"/>
          <w:b/>
          <w:szCs w:val="24"/>
          <w:lang w:val="ru-RU"/>
        </w:rPr>
        <w:t>Требования к конкурсной работе</w:t>
      </w:r>
    </w:p>
    <w:p w14:paraId="38666924" w14:textId="77777777" w:rsidR="00262FE6" w:rsidRPr="00E328C6" w:rsidRDefault="00262FE6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5E3058F9" w14:textId="7D460513" w:rsidR="002B0932" w:rsidRPr="00E328C6" w:rsidRDefault="00262FE6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6</w:t>
      </w:r>
      <w:r w:rsidR="006820D0" w:rsidRPr="00E328C6">
        <w:rPr>
          <w:rFonts w:cs="Times New Roman"/>
          <w:szCs w:val="24"/>
          <w:lang w:val="ru-RU"/>
        </w:rPr>
        <w:t xml:space="preserve">.1. На Конкурс принимаются фотографии в электронном виде в формате </w:t>
      </w:r>
      <w:r w:rsidR="006820D0" w:rsidRPr="00E328C6">
        <w:rPr>
          <w:rFonts w:cs="Times New Roman"/>
          <w:szCs w:val="24"/>
        </w:rPr>
        <w:t>JPEG</w:t>
      </w:r>
      <w:r w:rsidR="006820D0" w:rsidRPr="00E328C6">
        <w:rPr>
          <w:rFonts w:cs="Times New Roman"/>
          <w:szCs w:val="24"/>
          <w:lang w:val="ru-RU"/>
        </w:rPr>
        <w:t>//</w:t>
      </w:r>
      <w:r w:rsidR="006820D0" w:rsidRPr="00E328C6">
        <w:rPr>
          <w:rFonts w:cs="Times New Roman"/>
          <w:szCs w:val="24"/>
        </w:rPr>
        <w:t>PNG</w:t>
      </w:r>
      <w:r w:rsidR="006820D0" w:rsidRPr="00E328C6">
        <w:rPr>
          <w:rFonts w:cs="Times New Roman"/>
          <w:szCs w:val="24"/>
          <w:lang w:val="ru-RU"/>
        </w:rPr>
        <w:t xml:space="preserve"> с разрешением не менее 1920×1080 пикселей.</w:t>
      </w:r>
    </w:p>
    <w:p w14:paraId="7FD22D15" w14:textId="7D89EFCF" w:rsidR="002B0932" w:rsidRPr="00E328C6" w:rsidRDefault="00262FE6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6</w:t>
      </w:r>
      <w:r w:rsidR="006820D0" w:rsidRPr="00E328C6">
        <w:rPr>
          <w:rFonts w:cs="Times New Roman"/>
          <w:szCs w:val="24"/>
          <w:lang w:val="ru-RU"/>
        </w:rPr>
        <w:t xml:space="preserve">.2. </w:t>
      </w:r>
      <w:r w:rsidR="006820D0" w:rsidRPr="00262FE6">
        <w:rPr>
          <w:rFonts w:cs="Times New Roman"/>
          <w:b/>
          <w:bCs/>
          <w:color w:val="EE0000"/>
          <w:szCs w:val="24"/>
          <w:lang w:val="ru-RU"/>
        </w:rPr>
        <w:t>Не допускаются к участию:</w:t>
      </w:r>
    </w:p>
    <w:p w14:paraId="3D187CA9" w14:textId="297C1951" w:rsidR="002B0932" w:rsidRPr="00E328C6" w:rsidRDefault="006820D0" w:rsidP="00796FD3">
      <w:pPr>
        <w:spacing w:after="0" w:line="240" w:lineRule="auto"/>
        <w:ind w:firstLine="142"/>
        <w:jc w:val="both"/>
        <w:rPr>
          <w:rFonts w:cs="Times New Roman"/>
          <w:szCs w:val="24"/>
          <w:lang w:val="ru-RU"/>
        </w:rPr>
      </w:pPr>
      <w:r w:rsidRPr="00E328C6">
        <w:rPr>
          <w:rFonts w:cs="Times New Roman"/>
          <w:szCs w:val="24"/>
          <w:lang w:val="ru-RU"/>
        </w:rPr>
        <w:t xml:space="preserve">— фотографии, обработанные в графических редакторах с добавлением элементов, изменяющих содержание снимка </w:t>
      </w:r>
      <w:r w:rsidR="00262FE6">
        <w:rPr>
          <w:rFonts w:cs="Times New Roman"/>
          <w:szCs w:val="24"/>
          <w:lang w:val="ru-RU"/>
        </w:rPr>
        <w:t>или фотографии, сделанные с помощью искусственного интеллекта.</w:t>
      </w:r>
    </w:p>
    <w:p w14:paraId="6F7326F3" w14:textId="77777777" w:rsidR="002B0932" w:rsidRPr="00E328C6" w:rsidRDefault="006820D0" w:rsidP="00796FD3">
      <w:pPr>
        <w:spacing w:after="0" w:line="240" w:lineRule="auto"/>
        <w:ind w:firstLine="142"/>
        <w:jc w:val="both"/>
        <w:rPr>
          <w:rFonts w:cs="Times New Roman"/>
          <w:szCs w:val="24"/>
          <w:lang w:val="ru-RU"/>
        </w:rPr>
      </w:pPr>
      <w:r w:rsidRPr="00E328C6">
        <w:rPr>
          <w:rFonts w:cs="Times New Roman"/>
          <w:szCs w:val="24"/>
          <w:lang w:val="ru-RU"/>
        </w:rPr>
        <w:t>— фотографии с водяными знаками, подписями и логотипами;</w:t>
      </w:r>
    </w:p>
    <w:p w14:paraId="2D34DBD0" w14:textId="77777777" w:rsidR="002B0932" w:rsidRPr="00E328C6" w:rsidRDefault="006820D0" w:rsidP="00796FD3">
      <w:pPr>
        <w:spacing w:after="0" w:line="240" w:lineRule="auto"/>
        <w:ind w:firstLine="142"/>
        <w:jc w:val="both"/>
        <w:rPr>
          <w:rFonts w:cs="Times New Roman"/>
          <w:szCs w:val="24"/>
          <w:lang w:val="ru-RU"/>
        </w:rPr>
      </w:pPr>
      <w:r w:rsidRPr="00E328C6">
        <w:rPr>
          <w:rFonts w:cs="Times New Roman"/>
          <w:szCs w:val="24"/>
          <w:lang w:val="ru-RU"/>
        </w:rPr>
        <w:t>— фотографии, нарушающие права третьих лиц, в том числе авторские права;</w:t>
      </w:r>
    </w:p>
    <w:p w14:paraId="67405EDA" w14:textId="4EA5D16C" w:rsidR="00080884" w:rsidRPr="00080884" w:rsidRDefault="00080884" w:rsidP="00796FD3">
      <w:pPr>
        <w:pStyle w:val="a0"/>
        <w:numPr>
          <w:ilvl w:val="0"/>
          <w:numId w:val="0"/>
        </w:numPr>
        <w:spacing w:after="0" w:line="240" w:lineRule="auto"/>
        <w:ind w:hanging="360"/>
        <w:jc w:val="both"/>
        <w:rPr>
          <w:lang w:val="ru-RU"/>
        </w:rPr>
      </w:pPr>
      <w:r>
        <w:rPr>
          <w:rFonts w:cs="Times New Roman"/>
          <w:szCs w:val="24"/>
          <w:lang w:val="ru-RU"/>
        </w:rPr>
        <w:t xml:space="preserve"> </w:t>
      </w:r>
      <w:r w:rsidR="006820D0" w:rsidRPr="00E328C6">
        <w:rPr>
          <w:rFonts w:cs="Times New Roman"/>
          <w:szCs w:val="24"/>
          <w:lang w:val="ru-RU"/>
        </w:rPr>
        <w:t xml:space="preserve">— </w:t>
      </w:r>
      <w:r w:rsidRPr="00080884">
        <w:rPr>
          <w:lang w:val="ru-RU"/>
        </w:rPr>
        <w:t>снимки, противоречащие общепринятым нормам морали и этики, а также содержащие сцены жестокого обращения с животными или умышленного загрязнения окружающей среды;</w:t>
      </w:r>
    </w:p>
    <w:p w14:paraId="5FE18809" w14:textId="2B83C376" w:rsidR="002B0932" w:rsidRPr="00E328C6" w:rsidRDefault="002B0932" w:rsidP="00796FD3">
      <w:pPr>
        <w:spacing w:after="0" w:line="240" w:lineRule="auto"/>
        <w:ind w:firstLine="142"/>
        <w:jc w:val="both"/>
        <w:rPr>
          <w:rFonts w:cs="Times New Roman"/>
          <w:szCs w:val="24"/>
          <w:lang w:val="ru-RU"/>
        </w:rPr>
      </w:pPr>
    </w:p>
    <w:p w14:paraId="6A2CBA6D" w14:textId="3744DF72" w:rsidR="002B0932" w:rsidRDefault="00262FE6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6</w:t>
      </w:r>
      <w:r w:rsidR="006820D0" w:rsidRPr="00E328C6">
        <w:rPr>
          <w:rFonts w:cs="Times New Roman"/>
          <w:szCs w:val="24"/>
          <w:lang w:val="ru-RU"/>
        </w:rPr>
        <w:t>.3. Организатор вправе отклонить работу без объяснения причин в случае несоответствия настоящему Положению.</w:t>
      </w:r>
    </w:p>
    <w:p w14:paraId="67BF7E04" w14:textId="77777777" w:rsidR="00262FE6" w:rsidRPr="00E328C6" w:rsidRDefault="00262FE6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50F8DCC9" w14:textId="02C0EA6F" w:rsidR="002B0932" w:rsidRDefault="000F544A" w:rsidP="00796FD3">
      <w:pPr>
        <w:spacing w:after="0" w:line="240" w:lineRule="auto"/>
        <w:jc w:val="both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7</w:t>
      </w:r>
      <w:r w:rsidR="006820D0" w:rsidRPr="00E328C6">
        <w:rPr>
          <w:rFonts w:cs="Times New Roman"/>
          <w:b/>
          <w:szCs w:val="24"/>
          <w:lang w:val="ru-RU"/>
        </w:rPr>
        <w:t xml:space="preserve">. </w:t>
      </w:r>
      <w:r>
        <w:rPr>
          <w:rFonts w:cs="Times New Roman"/>
          <w:b/>
          <w:szCs w:val="24"/>
          <w:lang w:val="ru-RU"/>
        </w:rPr>
        <w:t>Критерии оценки</w:t>
      </w:r>
      <w:r w:rsidR="006820D0" w:rsidRPr="00E328C6">
        <w:rPr>
          <w:rFonts w:cs="Times New Roman"/>
          <w:b/>
          <w:szCs w:val="24"/>
          <w:lang w:val="ru-RU"/>
        </w:rPr>
        <w:t xml:space="preserve"> </w:t>
      </w:r>
    </w:p>
    <w:p w14:paraId="1B5F19F6" w14:textId="77777777" w:rsidR="00497549" w:rsidRPr="00E328C6" w:rsidRDefault="00497549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4CE917E7" w14:textId="781F2A2E" w:rsidR="002B0932" w:rsidRPr="00E328C6" w:rsidRDefault="000F544A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7</w:t>
      </w:r>
      <w:r w:rsidR="006820D0" w:rsidRPr="00E328C6">
        <w:rPr>
          <w:rFonts w:cs="Times New Roman"/>
          <w:szCs w:val="24"/>
          <w:lang w:val="ru-RU"/>
        </w:rPr>
        <w:t>.</w:t>
      </w:r>
      <w:r>
        <w:rPr>
          <w:rFonts w:cs="Times New Roman"/>
          <w:szCs w:val="24"/>
          <w:lang w:val="ru-RU"/>
        </w:rPr>
        <w:t>1</w:t>
      </w:r>
      <w:r w:rsidR="006820D0" w:rsidRPr="00E328C6">
        <w:rPr>
          <w:rFonts w:cs="Times New Roman"/>
          <w:szCs w:val="24"/>
          <w:lang w:val="ru-RU"/>
        </w:rPr>
        <w:t>. Критерии оценки:</w:t>
      </w:r>
    </w:p>
    <w:p w14:paraId="2546DCF3" w14:textId="77777777" w:rsidR="002B0932" w:rsidRPr="00E328C6" w:rsidRDefault="006820D0" w:rsidP="00796FD3">
      <w:pPr>
        <w:spacing w:after="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E328C6">
        <w:rPr>
          <w:rFonts w:cs="Times New Roman"/>
          <w:szCs w:val="24"/>
          <w:lang w:val="ru-RU"/>
        </w:rPr>
        <w:t>— соответствие теме Конкурса;</w:t>
      </w:r>
    </w:p>
    <w:p w14:paraId="2A971C90" w14:textId="77777777" w:rsidR="002B0932" w:rsidRPr="00E328C6" w:rsidRDefault="006820D0" w:rsidP="00796FD3">
      <w:pPr>
        <w:spacing w:after="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E328C6">
        <w:rPr>
          <w:rFonts w:cs="Times New Roman"/>
          <w:szCs w:val="24"/>
          <w:lang w:val="ru-RU"/>
        </w:rPr>
        <w:t>— художественная и творческая ценность снимка (композиция, оригинальность);</w:t>
      </w:r>
    </w:p>
    <w:p w14:paraId="022F8254" w14:textId="77777777" w:rsidR="002B0932" w:rsidRPr="00E328C6" w:rsidRDefault="006820D0" w:rsidP="00796FD3">
      <w:pPr>
        <w:spacing w:after="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E328C6">
        <w:rPr>
          <w:rFonts w:cs="Times New Roman"/>
          <w:szCs w:val="24"/>
          <w:lang w:val="ru-RU"/>
        </w:rPr>
        <w:t>— эмоциональность и выразительность образа;</w:t>
      </w:r>
    </w:p>
    <w:p w14:paraId="73A784F6" w14:textId="77777777" w:rsidR="002B0932" w:rsidRPr="00E328C6" w:rsidRDefault="006820D0" w:rsidP="00796FD3">
      <w:pPr>
        <w:spacing w:after="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E328C6">
        <w:rPr>
          <w:rFonts w:cs="Times New Roman"/>
          <w:szCs w:val="24"/>
          <w:lang w:val="ru-RU"/>
        </w:rPr>
        <w:t>— техническое качество фотографии.</w:t>
      </w:r>
    </w:p>
    <w:p w14:paraId="7CA4D743" w14:textId="2234BBC7" w:rsidR="002B0932" w:rsidRDefault="000F544A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7</w:t>
      </w:r>
      <w:r w:rsidR="006820D0" w:rsidRPr="00E328C6">
        <w:rPr>
          <w:rFonts w:cs="Times New Roman"/>
          <w:szCs w:val="24"/>
          <w:lang w:val="ru-RU"/>
        </w:rPr>
        <w:t>.</w:t>
      </w:r>
      <w:r>
        <w:rPr>
          <w:rFonts w:cs="Times New Roman"/>
          <w:szCs w:val="24"/>
          <w:lang w:val="ru-RU"/>
        </w:rPr>
        <w:t>2</w:t>
      </w:r>
      <w:r w:rsidR="006820D0" w:rsidRPr="00E328C6">
        <w:rPr>
          <w:rFonts w:cs="Times New Roman"/>
          <w:szCs w:val="24"/>
          <w:lang w:val="ru-RU"/>
        </w:rPr>
        <w:t>. Каждая работа оценивается по 10-балльной системе. Итоговый балл — среднее арифметическое оценок.</w:t>
      </w:r>
    </w:p>
    <w:p w14:paraId="005EA286" w14:textId="77777777" w:rsidR="000F544A" w:rsidRPr="00E328C6" w:rsidRDefault="000F544A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5AE32CE2" w14:textId="09622645" w:rsidR="002B0932" w:rsidRDefault="00FC1085" w:rsidP="00796FD3">
      <w:pPr>
        <w:spacing w:after="0" w:line="240" w:lineRule="auto"/>
        <w:jc w:val="both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8</w:t>
      </w:r>
      <w:r w:rsidR="006820D0" w:rsidRPr="00E328C6">
        <w:rPr>
          <w:rFonts w:cs="Times New Roman"/>
          <w:b/>
          <w:szCs w:val="24"/>
          <w:lang w:val="ru-RU"/>
        </w:rPr>
        <w:t xml:space="preserve">. </w:t>
      </w:r>
      <w:r>
        <w:rPr>
          <w:rFonts w:cs="Times New Roman"/>
          <w:b/>
          <w:szCs w:val="24"/>
          <w:lang w:val="ru-RU"/>
        </w:rPr>
        <w:t>Подведение итогов Конкурса и награждение</w:t>
      </w:r>
    </w:p>
    <w:p w14:paraId="0332FE2C" w14:textId="77777777" w:rsidR="00FC1085" w:rsidRDefault="00FC1085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583DCA91" w14:textId="3D36AE49" w:rsidR="002B0932" w:rsidRPr="000815F0" w:rsidRDefault="00FC1085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0815F0">
        <w:rPr>
          <w:rFonts w:cs="Times New Roman"/>
          <w:szCs w:val="24"/>
          <w:lang w:val="ru-RU"/>
        </w:rPr>
        <w:t>8</w:t>
      </w:r>
      <w:r w:rsidR="006820D0" w:rsidRPr="000815F0">
        <w:rPr>
          <w:rFonts w:cs="Times New Roman"/>
          <w:szCs w:val="24"/>
          <w:lang w:val="ru-RU"/>
        </w:rPr>
        <w:t xml:space="preserve">.1. По итогам Конкурса </w:t>
      </w:r>
      <w:r w:rsidR="00497549" w:rsidRPr="000815F0">
        <w:rPr>
          <w:rFonts w:cs="Times New Roman"/>
          <w:szCs w:val="24"/>
          <w:lang w:val="ru-RU"/>
        </w:rPr>
        <w:t>определя</w:t>
      </w:r>
      <w:r w:rsidR="00497549">
        <w:rPr>
          <w:rFonts w:cs="Times New Roman"/>
          <w:szCs w:val="24"/>
          <w:lang w:val="ru-RU"/>
        </w:rPr>
        <w:t>ю</w:t>
      </w:r>
      <w:r w:rsidR="00497549" w:rsidRPr="000815F0">
        <w:rPr>
          <w:rFonts w:cs="Times New Roman"/>
          <w:szCs w:val="24"/>
          <w:lang w:val="ru-RU"/>
        </w:rPr>
        <w:t>т</w:t>
      </w:r>
      <w:r w:rsidR="00497549">
        <w:rPr>
          <w:rFonts w:cs="Times New Roman"/>
          <w:szCs w:val="24"/>
          <w:lang w:val="ru-RU"/>
        </w:rPr>
        <w:t xml:space="preserve">ся </w:t>
      </w:r>
      <w:r w:rsidR="00497549" w:rsidRPr="000815F0">
        <w:rPr>
          <w:rFonts w:cs="Times New Roman"/>
          <w:szCs w:val="24"/>
          <w:lang w:val="ru-RU"/>
        </w:rPr>
        <w:t>победители</w:t>
      </w:r>
      <w:r w:rsidR="006820D0" w:rsidRPr="000815F0">
        <w:rPr>
          <w:rFonts w:cs="Times New Roman"/>
          <w:szCs w:val="24"/>
          <w:lang w:val="ru-RU"/>
        </w:rPr>
        <w:t xml:space="preserve"> (1</w:t>
      </w:r>
      <w:r w:rsidR="000815F0" w:rsidRPr="000815F0">
        <w:rPr>
          <w:rFonts w:cs="Times New Roman"/>
          <w:szCs w:val="24"/>
          <w:lang w:val="ru-RU"/>
        </w:rPr>
        <w:t>,2 и 3 места</w:t>
      </w:r>
      <w:r w:rsidR="006820D0" w:rsidRPr="000815F0">
        <w:rPr>
          <w:rFonts w:cs="Times New Roman"/>
          <w:szCs w:val="24"/>
          <w:lang w:val="ru-RU"/>
        </w:rPr>
        <w:t xml:space="preserve">) и </w:t>
      </w:r>
      <w:r w:rsidR="005E56CF">
        <w:rPr>
          <w:rFonts w:cs="Times New Roman"/>
          <w:szCs w:val="24"/>
          <w:lang w:val="ru-RU"/>
        </w:rPr>
        <w:t xml:space="preserve">22 </w:t>
      </w:r>
      <w:r w:rsidR="006820D0" w:rsidRPr="000815F0">
        <w:rPr>
          <w:rFonts w:cs="Times New Roman"/>
          <w:szCs w:val="24"/>
          <w:lang w:val="ru-RU"/>
        </w:rPr>
        <w:t>призёр</w:t>
      </w:r>
      <w:r w:rsidR="005E56CF">
        <w:rPr>
          <w:rFonts w:cs="Times New Roman"/>
          <w:szCs w:val="24"/>
          <w:lang w:val="ru-RU"/>
        </w:rPr>
        <w:t>а</w:t>
      </w:r>
      <w:r w:rsidR="006820D0" w:rsidRPr="000815F0">
        <w:rPr>
          <w:rFonts w:cs="Times New Roman"/>
          <w:szCs w:val="24"/>
          <w:lang w:val="ru-RU"/>
        </w:rPr>
        <w:t xml:space="preserve">   в каждой </w:t>
      </w:r>
      <w:r w:rsidR="000815F0" w:rsidRPr="000815F0">
        <w:rPr>
          <w:rFonts w:cs="Times New Roman"/>
          <w:szCs w:val="24"/>
          <w:lang w:val="ru-RU"/>
        </w:rPr>
        <w:t>категории (кошки, собаки)</w:t>
      </w:r>
      <w:r w:rsidR="006820D0" w:rsidRPr="000815F0">
        <w:rPr>
          <w:rFonts w:cs="Times New Roman"/>
          <w:szCs w:val="24"/>
          <w:lang w:val="ru-RU"/>
        </w:rPr>
        <w:t>.</w:t>
      </w:r>
    </w:p>
    <w:p w14:paraId="55910F2A" w14:textId="154D8D45" w:rsidR="002B0932" w:rsidRPr="00150F9B" w:rsidRDefault="00FC1085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150F9B">
        <w:rPr>
          <w:rFonts w:cs="Times New Roman"/>
          <w:szCs w:val="24"/>
          <w:lang w:val="ru-RU"/>
        </w:rPr>
        <w:t>8</w:t>
      </w:r>
      <w:r w:rsidR="006820D0" w:rsidRPr="00150F9B">
        <w:rPr>
          <w:rFonts w:cs="Times New Roman"/>
          <w:szCs w:val="24"/>
          <w:lang w:val="ru-RU"/>
        </w:rPr>
        <w:t xml:space="preserve">.2. Победители и призёры награждаются </w:t>
      </w:r>
      <w:r w:rsidR="00150F9B" w:rsidRPr="00150F9B">
        <w:rPr>
          <w:rFonts w:cs="Times New Roman"/>
          <w:szCs w:val="24"/>
          <w:lang w:val="ru-RU"/>
        </w:rPr>
        <w:t>грамотами</w:t>
      </w:r>
      <w:r w:rsidR="006820D0" w:rsidRPr="00150F9B">
        <w:rPr>
          <w:rFonts w:cs="Times New Roman"/>
          <w:szCs w:val="24"/>
          <w:lang w:val="ru-RU"/>
        </w:rPr>
        <w:t xml:space="preserve"> и памятными подарками. Все участники получают </w:t>
      </w:r>
      <w:r w:rsidR="00150F9B" w:rsidRPr="00150F9B">
        <w:rPr>
          <w:rFonts w:cs="Times New Roman"/>
          <w:szCs w:val="24"/>
          <w:lang w:val="ru-RU"/>
        </w:rPr>
        <w:t>грамоты</w:t>
      </w:r>
      <w:r w:rsidR="006820D0" w:rsidRPr="00150F9B">
        <w:rPr>
          <w:rFonts w:cs="Times New Roman"/>
          <w:szCs w:val="24"/>
          <w:lang w:val="ru-RU"/>
        </w:rPr>
        <w:t xml:space="preserve"> </w:t>
      </w:r>
      <w:r w:rsidR="00150F9B" w:rsidRPr="00150F9B">
        <w:rPr>
          <w:rFonts w:cs="Times New Roman"/>
          <w:szCs w:val="24"/>
          <w:lang w:val="ru-RU"/>
        </w:rPr>
        <w:t>за участие в Конкурсе</w:t>
      </w:r>
      <w:r w:rsidR="006820D0" w:rsidRPr="00150F9B">
        <w:rPr>
          <w:rFonts w:cs="Times New Roman"/>
          <w:szCs w:val="24"/>
          <w:lang w:val="ru-RU"/>
        </w:rPr>
        <w:t>.</w:t>
      </w:r>
    </w:p>
    <w:p w14:paraId="38FFAD14" w14:textId="50C965FA" w:rsidR="002B0932" w:rsidRDefault="00FC1085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0269A2">
        <w:rPr>
          <w:rFonts w:cs="Times New Roman"/>
          <w:szCs w:val="24"/>
          <w:lang w:val="ru-RU"/>
        </w:rPr>
        <w:t>8</w:t>
      </w:r>
      <w:r w:rsidR="006820D0" w:rsidRPr="000269A2">
        <w:rPr>
          <w:rFonts w:cs="Times New Roman"/>
          <w:szCs w:val="24"/>
          <w:lang w:val="ru-RU"/>
        </w:rPr>
        <w:t xml:space="preserve">.3. Итоги Конкурса публикуются на официальных информационных ресурсах муниципального округа Коломяги. </w:t>
      </w:r>
    </w:p>
    <w:p w14:paraId="47557F84" w14:textId="77777777" w:rsidR="001477D7" w:rsidRDefault="001477D7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3AC3BD74" w14:textId="4DE1D86E" w:rsidR="001477D7" w:rsidRPr="001477D7" w:rsidRDefault="001477D7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1477D7">
        <w:rPr>
          <w:rFonts w:cs="Times New Roman"/>
          <w:szCs w:val="24"/>
          <w:lang w:val="ru-RU"/>
        </w:rPr>
        <w:t xml:space="preserve">8.1. По итогам конкурса определяются победители отборочного этапа - 50 лучших </w:t>
      </w:r>
      <w:r>
        <w:rPr>
          <w:rFonts w:cs="Times New Roman"/>
          <w:szCs w:val="24"/>
          <w:lang w:val="ru-RU"/>
        </w:rPr>
        <w:t>фото</w:t>
      </w:r>
      <w:r w:rsidRPr="001477D7">
        <w:rPr>
          <w:rFonts w:cs="Times New Roman"/>
          <w:szCs w:val="24"/>
          <w:lang w:val="ru-RU"/>
        </w:rPr>
        <w:t>работ.</w:t>
      </w:r>
    </w:p>
    <w:p w14:paraId="0247D95F" w14:textId="03B69AAA" w:rsidR="001477D7" w:rsidRPr="001477D7" w:rsidRDefault="001477D7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1477D7">
        <w:rPr>
          <w:rFonts w:cs="Times New Roman"/>
          <w:szCs w:val="24"/>
          <w:lang w:val="ru-RU"/>
        </w:rPr>
        <w:t xml:space="preserve">8.2.  Среди победителей отборочного этапа отбираются </w:t>
      </w:r>
      <w:r>
        <w:rPr>
          <w:rFonts w:cs="Times New Roman"/>
          <w:szCs w:val="24"/>
          <w:lang w:val="ru-RU"/>
        </w:rPr>
        <w:t xml:space="preserve">по </w:t>
      </w:r>
      <w:r w:rsidRPr="001477D7">
        <w:rPr>
          <w:rFonts w:cs="Times New Roman"/>
          <w:szCs w:val="24"/>
          <w:lang w:val="ru-RU"/>
        </w:rPr>
        <w:t>3 победителя Конкурса</w:t>
      </w:r>
      <w:r>
        <w:rPr>
          <w:rFonts w:cs="Times New Roman"/>
          <w:szCs w:val="24"/>
          <w:lang w:val="ru-RU"/>
        </w:rPr>
        <w:t xml:space="preserve"> в каждой из категорий (собаки, кошки).</w:t>
      </w:r>
    </w:p>
    <w:p w14:paraId="196AB6E7" w14:textId="25801D92" w:rsidR="001477D7" w:rsidRDefault="001477D7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1477D7">
        <w:rPr>
          <w:rFonts w:cs="Times New Roman"/>
          <w:szCs w:val="24"/>
          <w:lang w:val="ru-RU"/>
        </w:rPr>
        <w:t>8.3. Победители отборочного этапа и победители Конкурса награждаются грамотами и памятными подарками</w:t>
      </w:r>
      <w:r>
        <w:rPr>
          <w:rFonts w:cs="Times New Roman"/>
          <w:szCs w:val="24"/>
          <w:lang w:val="ru-RU"/>
        </w:rPr>
        <w:t>.</w:t>
      </w:r>
    </w:p>
    <w:p w14:paraId="44B06B38" w14:textId="728671E3" w:rsidR="001477D7" w:rsidRPr="001477D7" w:rsidRDefault="001477D7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8.4. Участники Конкурса награждаются грамотами за участие.  </w:t>
      </w:r>
    </w:p>
    <w:p w14:paraId="5A44B7F5" w14:textId="77777777" w:rsidR="00FC1085" w:rsidRPr="00E328C6" w:rsidRDefault="00FC1085" w:rsidP="002D739B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439FA48B" w14:textId="5C167145" w:rsidR="002B0932" w:rsidRDefault="00FC1085" w:rsidP="00796FD3">
      <w:pPr>
        <w:spacing w:after="0" w:line="240" w:lineRule="auto"/>
        <w:jc w:val="both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9</w:t>
      </w:r>
      <w:r w:rsidR="006820D0" w:rsidRPr="00E328C6">
        <w:rPr>
          <w:rFonts w:cs="Times New Roman"/>
          <w:b/>
          <w:szCs w:val="24"/>
          <w:lang w:val="ru-RU"/>
        </w:rPr>
        <w:t xml:space="preserve">. </w:t>
      </w:r>
      <w:r w:rsidR="00497549">
        <w:rPr>
          <w:rFonts w:cs="Times New Roman"/>
          <w:b/>
          <w:szCs w:val="24"/>
          <w:lang w:val="ru-RU"/>
        </w:rPr>
        <w:t>Финансирование конкурса</w:t>
      </w:r>
    </w:p>
    <w:p w14:paraId="7B54E590" w14:textId="77777777" w:rsidR="002D739B" w:rsidRDefault="002D739B" w:rsidP="00796FD3">
      <w:pPr>
        <w:spacing w:after="0" w:line="240" w:lineRule="auto"/>
        <w:jc w:val="both"/>
        <w:rPr>
          <w:rFonts w:cs="Times New Roman"/>
          <w:b/>
          <w:szCs w:val="24"/>
          <w:lang w:val="ru-RU"/>
        </w:rPr>
      </w:pPr>
    </w:p>
    <w:p w14:paraId="5E783EE3" w14:textId="34393281" w:rsidR="002B0932" w:rsidRPr="00E328C6" w:rsidRDefault="00FC610F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9</w:t>
      </w:r>
      <w:r w:rsidR="006820D0" w:rsidRPr="00E328C6">
        <w:rPr>
          <w:rFonts w:cs="Times New Roman"/>
          <w:szCs w:val="24"/>
          <w:lang w:val="ru-RU"/>
        </w:rPr>
        <w:t xml:space="preserve">.1. Финансовое обеспечение проведения Конкурса осуществляется за счёт средств бюджета муниципального </w:t>
      </w:r>
      <w:r w:rsidR="008C159D">
        <w:rPr>
          <w:rFonts w:cs="Times New Roman"/>
          <w:szCs w:val="24"/>
          <w:lang w:val="ru-RU"/>
        </w:rPr>
        <w:t>образования</w:t>
      </w:r>
      <w:r w:rsidR="006820D0" w:rsidRPr="00E328C6">
        <w:rPr>
          <w:rFonts w:cs="Times New Roman"/>
          <w:szCs w:val="24"/>
          <w:lang w:val="ru-RU"/>
        </w:rPr>
        <w:t xml:space="preserve"> Коломяги</w:t>
      </w:r>
      <w:r w:rsidR="008C159D">
        <w:rPr>
          <w:rFonts w:cs="Times New Roman"/>
          <w:szCs w:val="24"/>
          <w:lang w:val="ru-RU"/>
        </w:rPr>
        <w:t>.</w:t>
      </w:r>
    </w:p>
    <w:p w14:paraId="461174DD" w14:textId="22E66730" w:rsidR="002B0932" w:rsidRDefault="00FC610F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lastRenderedPageBreak/>
        <w:t>9</w:t>
      </w:r>
      <w:r w:rsidR="006820D0" w:rsidRPr="00E328C6">
        <w:rPr>
          <w:rFonts w:cs="Times New Roman"/>
          <w:szCs w:val="24"/>
          <w:lang w:val="ru-RU"/>
        </w:rPr>
        <w:t>.2. Участие в Конкурсе бесплатное. Организационный взнос не взимается.</w:t>
      </w:r>
    </w:p>
    <w:p w14:paraId="4110C036" w14:textId="77777777" w:rsidR="00FC610F" w:rsidRPr="00E328C6" w:rsidRDefault="00FC610F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26BD196E" w14:textId="6C7202D3" w:rsidR="002B0932" w:rsidRDefault="00FC610F" w:rsidP="00796FD3">
      <w:pPr>
        <w:spacing w:after="0" w:line="240" w:lineRule="auto"/>
        <w:jc w:val="both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10</w:t>
      </w:r>
      <w:r w:rsidR="006820D0" w:rsidRPr="00E328C6">
        <w:rPr>
          <w:rFonts w:cs="Times New Roman"/>
          <w:b/>
          <w:szCs w:val="24"/>
          <w:lang w:val="ru-RU"/>
        </w:rPr>
        <w:t xml:space="preserve">. </w:t>
      </w:r>
      <w:r w:rsidR="00497549">
        <w:rPr>
          <w:rFonts w:cs="Times New Roman"/>
          <w:b/>
          <w:szCs w:val="24"/>
          <w:lang w:val="ru-RU"/>
        </w:rPr>
        <w:t>Заключительные положения</w:t>
      </w:r>
    </w:p>
    <w:p w14:paraId="26788FBD" w14:textId="77777777" w:rsidR="00FC610F" w:rsidRPr="00E328C6" w:rsidRDefault="00FC610F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3F854DF4" w14:textId="1494A29A" w:rsidR="002B0932" w:rsidRPr="00E328C6" w:rsidRDefault="00FC610F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10</w:t>
      </w:r>
      <w:r w:rsidR="006820D0" w:rsidRPr="00E328C6">
        <w:rPr>
          <w:rFonts w:cs="Times New Roman"/>
          <w:szCs w:val="24"/>
          <w:lang w:val="ru-RU"/>
        </w:rPr>
        <w:t>.1. Организатор оставляет за собой право вносить изменения в настоящее Положение, своевременно информируя участников.</w:t>
      </w:r>
    </w:p>
    <w:p w14:paraId="780C5DEF" w14:textId="6C34352D" w:rsidR="002B0932" w:rsidRDefault="00FC610F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10</w:t>
      </w:r>
      <w:r w:rsidR="006820D0" w:rsidRPr="00E328C6">
        <w:rPr>
          <w:rFonts w:cs="Times New Roman"/>
          <w:szCs w:val="24"/>
          <w:lang w:val="ru-RU"/>
        </w:rPr>
        <w:t xml:space="preserve">.2. Участие в Конкурсе означает согласие участника </w:t>
      </w:r>
      <w:r w:rsidR="006820D0" w:rsidRPr="006A3B89">
        <w:rPr>
          <w:rFonts w:cs="Times New Roman"/>
          <w:szCs w:val="24"/>
          <w:lang w:val="ru-RU"/>
        </w:rPr>
        <w:t>(или его законного представителя — для несовершеннолетних) с наст</w:t>
      </w:r>
      <w:r w:rsidR="006820D0" w:rsidRPr="00E328C6">
        <w:rPr>
          <w:rFonts w:cs="Times New Roman"/>
          <w:szCs w:val="24"/>
          <w:lang w:val="ru-RU"/>
        </w:rPr>
        <w:t>оящим Положением.</w:t>
      </w:r>
    </w:p>
    <w:p w14:paraId="373C673D" w14:textId="77777777" w:rsidR="001477D7" w:rsidRDefault="001477D7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05023901" w14:textId="77777777" w:rsidR="001477D7" w:rsidRDefault="001477D7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706EA4F3" w14:textId="77777777" w:rsidR="001477D7" w:rsidRDefault="001477D7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00BB10EA" w14:textId="77777777" w:rsidR="00FC610F" w:rsidRPr="00E328C6" w:rsidRDefault="00FC610F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0D7C80EE" w14:textId="2FFC2DD3" w:rsidR="002B0932" w:rsidRDefault="006820D0" w:rsidP="00796FD3">
      <w:pPr>
        <w:spacing w:after="0" w:line="240" w:lineRule="auto"/>
        <w:jc w:val="both"/>
        <w:rPr>
          <w:rFonts w:cs="Times New Roman"/>
          <w:b/>
          <w:szCs w:val="24"/>
          <w:lang w:val="ru-RU"/>
        </w:rPr>
      </w:pPr>
      <w:r w:rsidRPr="00E328C6">
        <w:rPr>
          <w:rFonts w:cs="Times New Roman"/>
          <w:b/>
          <w:szCs w:val="24"/>
          <w:lang w:val="ru-RU"/>
        </w:rPr>
        <w:t>1</w:t>
      </w:r>
      <w:r w:rsidR="00FC610F">
        <w:rPr>
          <w:rFonts w:cs="Times New Roman"/>
          <w:b/>
          <w:szCs w:val="24"/>
          <w:lang w:val="ru-RU"/>
        </w:rPr>
        <w:t>1</w:t>
      </w:r>
      <w:r w:rsidRPr="00E328C6">
        <w:rPr>
          <w:rFonts w:cs="Times New Roman"/>
          <w:b/>
          <w:szCs w:val="24"/>
          <w:lang w:val="ru-RU"/>
        </w:rPr>
        <w:t>. КОНТАКТНАЯ ИНФОРМАЦИЯ</w:t>
      </w:r>
    </w:p>
    <w:p w14:paraId="7519BD1B" w14:textId="77777777" w:rsidR="00FC610F" w:rsidRDefault="00FC610F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2E90268B" w14:textId="77777777" w:rsidR="00AB6FFE" w:rsidRPr="00AB6FFE" w:rsidRDefault="00AB6FFE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  <w:r w:rsidRPr="00AB6FFE">
        <w:rPr>
          <w:rFonts w:eastAsia="MS Mincho" w:cs="Times New Roman"/>
          <w:lang w:val="ru-RU"/>
        </w:rPr>
        <w:t xml:space="preserve">Работы и заявки принимаются по электронной почте: </w:t>
      </w:r>
      <w:r w:rsidRPr="00AB6FFE">
        <w:rPr>
          <w:rFonts w:eastAsia="MS Mincho" w:cs="Times New Roman"/>
        </w:rPr>
        <w:t>mamo</w:t>
      </w:r>
      <w:r w:rsidRPr="00AB6FFE">
        <w:rPr>
          <w:rFonts w:eastAsia="MS Mincho" w:cs="Times New Roman"/>
          <w:lang w:val="ru-RU"/>
        </w:rPr>
        <w:t>70@</w:t>
      </w:r>
      <w:proofErr w:type="spellStart"/>
      <w:r w:rsidRPr="00AB6FFE">
        <w:rPr>
          <w:rFonts w:eastAsia="MS Mincho" w:cs="Times New Roman"/>
        </w:rPr>
        <w:t>yandex</w:t>
      </w:r>
      <w:proofErr w:type="spellEnd"/>
      <w:r w:rsidRPr="00AB6FFE">
        <w:rPr>
          <w:rFonts w:eastAsia="MS Mincho" w:cs="Times New Roman"/>
          <w:lang w:val="ru-RU"/>
        </w:rPr>
        <w:t>.</w:t>
      </w:r>
      <w:proofErr w:type="spellStart"/>
      <w:r w:rsidRPr="00AB6FFE">
        <w:rPr>
          <w:rFonts w:eastAsia="MS Mincho" w:cs="Times New Roman"/>
        </w:rPr>
        <w:t>ru</w:t>
      </w:r>
      <w:proofErr w:type="spellEnd"/>
      <w:r w:rsidRPr="00AB6FFE">
        <w:rPr>
          <w:rFonts w:eastAsia="MS Mincho" w:cs="Times New Roman"/>
          <w:lang w:val="ru-RU"/>
        </w:rPr>
        <w:t>.</w:t>
      </w:r>
    </w:p>
    <w:p w14:paraId="6B2367CD" w14:textId="77777777" w:rsidR="00AB6FFE" w:rsidRPr="00AB6FFE" w:rsidRDefault="00AB6FFE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  <w:r w:rsidRPr="00AB6FFE">
        <w:rPr>
          <w:rFonts w:eastAsia="MS Mincho" w:cs="Times New Roman"/>
          <w:lang w:val="ru-RU"/>
        </w:rPr>
        <w:t>Телефон для справок: +7 (812) 454-68-70.</w:t>
      </w:r>
    </w:p>
    <w:p w14:paraId="48522459" w14:textId="77777777" w:rsidR="00AB6FFE" w:rsidRPr="00AB6FFE" w:rsidRDefault="00AB6FFE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  <w:r w:rsidRPr="00AB6FFE">
        <w:rPr>
          <w:rFonts w:eastAsia="MS Mincho" w:cs="Times New Roman"/>
          <w:lang w:val="ru-RU"/>
        </w:rPr>
        <w:t>Адрес местной администрации: г. Санкт-Петербург, Земский пер., д. 7.</w:t>
      </w:r>
    </w:p>
    <w:p w14:paraId="1249545C" w14:textId="77777777" w:rsidR="00AB6FFE" w:rsidRDefault="00AB6FFE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  <w:r w:rsidRPr="00AB6FFE">
        <w:rPr>
          <w:rFonts w:eastAsia="MS Mincho" w:cs="Times New Roman"/>
          <w:lang w:val="ru-RU"/>
        </w:rPr>
        <w:t>Приложения:</w:t>
      </w:r>
    </w:p>
    <w:p w14:paraId="20C20001" w14:textId="77777777" w:rsidR="00AB6FFE" w:rsidRPr="00AB6FFE" w:rsidRDefault="00AB6FFE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</w:p>
    <w:p w14:paraId="223601B9" w14:textId="77777777" w:rsidR="00AB6FFE" w:rsidRPr="00AB6FFE" w:rsidRDefault="00AB6FFE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  <w:r w:rsidRPr="00AB6FFE">
        <w:rPr>
          <w:rFonts w:eastAsia="MS Mincho" w:cs="Times New Roman"/>
          <w:lang w:val="ru-RU"/>
        </w:rPr>
        <w:t>1. Форма заявки на участие в Конкурсе (приложение 1).</w:t>
      </w:r>
    </w:p>
    <w:p w14:paraId="3CACECA7" w14:textId="67EBC5DB" w:rsidR="001F0FDC" w:rsidRPr="00497549" w:rsidRDefault="00AB6FFE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  <w:r w:rsidRPr="00AB6FFE">
        <w:rPr>
          <w:rFonts w:eastAsia="MS Mincho" w:cs="Times New Roman"/>
          <w:lang w:val="ru-RU"/>
        </w:rPr>
        <w:t>2. Форма согласия на обработку персональных данных (приложение 2)</w:t>
      </w:r>
    </w:p>
    <w:p w14:paraId="799413DA" w14:textId="77777777" w:rsidR="001F0FDC" w:rsidRDefault="001F0FDC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75802086" w14:textId="77777777" w:rsidR="00BA6244" w:rsidRDefault="00BA6244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19D4034C" w14:textId="77777777" w:rsidR="00BA6244" w:rsidRDefault="00BA6244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1351D7DD" w14:textId="77777777" w:rsidR="00BA6244" w:rsidRDefault="00BA6244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47368D7F" w14:textId="77777777" w:rsidR="00BA6244" w:rsidRDefault="00BA6244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12E44876" w14:textId="77777777" w:rsidR="00BA6244" w:rsidRDefault="00BA6244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11783C96" w14:textId="77777777" w:rsidR="00BA6244" w:rsidRDefault="00BA6244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727F4C8D" w14:textId="77777777" w:rsidR="00BA6244" w:rsidRDefault="00BA6244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1BF3964C" w14:textId="77777777" w:rsidR="00BA6244" w:rsidRDefault="00BA6244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3537120C" w14:textId="77777777" w:rsidR="001F0FDC" w:rsidRDefault="001F0FDC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34734F53" w14:textId="77777777" w:rsidR="006A3B89" w:rsidRDefault="006A3B89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412F93CB" w14:textId="77777777" w:rsidR="001477D7" w:rsidRDefault="001477D7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76310124" w14:textId="77777777" w:rsidR="006A3B89" w:rsidRDefault="006A3B89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6143A0A2" w14:textId="77777777" w:rsidR="006A3B89" w:rsidRDefault="006A3B89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28BE93E4" w14:textId="77777777" w:rsidR="006A3B89" w:rsidRDefault="006A3B89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53180F80" w14:textId="77777777" w:rsidR="006A3B89" w:rsidRDefault="006A3B89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68650FF7" w14:textId="77777777" w:rsidR="006A3B89" w:rsidRDefault="006A3B89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1E684B67" w14:textId="77777777" w:rsidR="00551BCC" w:rsidRDefault="00551BCC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77089C1A" w14:textId="77777777" w:rsidR="00551BCC" w:rsidRDefault="00551BCC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25738355" w14:textId="77777777" w:rsidR="00551BCC" w:rsidRDefault="00551BCC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77585F93" w14:textId="77777777" w:rsidR="002D739B" w:rsidRDefault="002D739B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7D08A995" w14:textId="77777777" w:rsidR="002D739B" w:rsidRDefault="002D739B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5B357801" w14:textId="77777777" w:rsidR="002D739B" w:rsidRDefault="002D739B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7C9FE634" w14:textId="77777777" w:rsidR="002D739B" w:rsidRDefault="002D739B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08789B20" w14:textId="77777777" w:rsidR="002D739B" w:rsidRDefault="002D739B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26CB5AF2" w14:textId="77777777" w:rsidR="00551BCC" w:rsidRDefault="00551BCC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2B95D361" w14:textId="77777777" w:rsidR="006A3B89" w:rsidRDefault="006A3B89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46F6C924" w14:textId="77777777" w:rsidR="00BA6244" w:rsidRDefault="00BA6244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7ADF82B4" w14:textId="77777777" w:rsidR="001F0FDC" w:rsidRDefault="001F0FDC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3052A2B1" w14:textId="0CCC2CF4" w:rsidR="00AB6FFE" w:rsidRPr="00AB6FFE" w:rsidRDefault="00551BCC" w:rsidP="00551BCC">
      <w:pPr>
        <w:spacing w:after="0" w:line="240" w:lineRule="auto"/>
        <w:ind w:firstLine="5245"/>
        <w:jc w:val="both"/>
        <w:rPr>
          <w:rFonts w:eastAsia="MS Mincho" w:cs="Times New Roman"/>
          <w:lang w:val="ru-RU"/>
        </w:rPr>
      </w:pPr>
      <w:r>
        <w:rPr>
          <w:rFonts w:eastAsia="MS Mincho" w:cs="Times New Roman"/>
          <w:b/>
          <w:lang w:val="ru-RU"/>
        </w:rPr>
        <w:lastRenderedPageBreak/>
        <w:t xml:space="preserve">                                          </w:t>
      </w:r>
      <w:r w:rsidR="00AB6FFE" w:rsidRPr="00AB6FFE">
        <w:rPr>
          <w:rFonts w:eastAsia="MS Mincho" w:cs="Times New Roman"/>
          <w:b/>
          <w:lang w:val="ru-RU"/>
        </w:rPr>
        <w:t>Приложение № 1</w:t>
      </w:r>
    </w:p>
    <w:p w14:paraId="6D3827C8" w14:textId="469B4639" w:rsidR="00AB6FFE" w:rsidRPr="00AB6FFE" w:rsidRDefault="00551BCC" w:rsidP="00551BCC">
      <w:pPr>
        <w:spacing w:after="0" w:line="240" w:lineRule="auto"/>
        <w:ind w:firstLine="5245"/>
        <w:jc w:val="both"/>
        <w:rPr>
          <w:rFonts w:eastAsia="MS Mincho" w:cs="Times New Roman"/>
          <w:lang w:val="ru-RU"/>
        </w:rPr>
      </w:pPr>
      <w:r>
        <w:rPr>
          <w:rFonts w:eastAsia="MS Mincho" w:cs="Times New Roman"/>
          <w:lang w:val="ru-RU"/>
        </w:rPr>
        <w:t xml:space="preserve"> </w:t>
      </w:r>
      <w:r w:rsidR="00AB6FFE" w:rsidRPr="00AB6FFE">
        <w:rPr>
          <w:rFonts w:eastAsia="MS Mincho" w:cs="Times New Roman"/>
          <w:lang w:val="ru-RU"/>
        </w:rPr>
        <w:t>к Положению о проведении фотоконкурса</w:t>
      </w:r>
    </w:p>
    <w:p w14:paraId="1E5B0870" w14:textId="581C093D" w:rsidR="00AB6FFE" w:rsidRPr="00AB6FFE" w:rsidRDefault="00551BCC" w:rsidP="00551BCC">
      <w:pPr>
        <w:spacing w:after="0" w:line="240" w:lineRule="auto"/>
        <w:ind w:firstLine="5245"/>
        <w:jc w:val="both"/>
        <w:rPr>
          <w:rFonts w:eastAsia="MS Mincho" w:cs="Times New Roman"/>
          <w:lang w:val="ru-RU"/>
        </w:rPr>
      </w:pPr>
      <w:r>
        <w:rPr>
          <w:rFonts w:eastAsia="MS Mincho" w:cs="Times New Roman"/>
          <w:lang w:val="ru-RU"/>
        </w:rPr>
        <w:t xml:space="preserve">                                       </w:t>
      </w:r>
      <w:r w:rsidR="00AB6FFE" w:rsidRPr="00AB6FFE">
        <w:rPr>
          <w:rFonts w:eastAsia="MS Mincho" w:cs="Times New Roman"/>
          <w:lang w:val="ru-RU"/>
        </w:rPr>
        <w:t>«Мой верный друг!»</w:t>
      </w:r>
    </w:p>
    <w:p w14:paraId="29D06D57" w14:textId="77777777" w:rsidR="00AB6FFE" w:rsidRDefault="00AB6FFE" w:rsidP="00796FD3">
      <w:pPr>
        <w:spacing w:after="0" w:line="240" w:lineRule="auto"/>
        <w:jc w:val="both"/>
        <w:rPr>
          <w:rFonts w:eastAsia="MS Mincho" w:cs="Times New Roman"/>
          <w:b/>
          <w:lang w:val="ru-RU"/>
        </w:rPr>
      </w:pPr>
    </w:p>
    <w:p w14:paraId="5241FF80" w14:textId="77777777" w:rsidR="00AB6FFE" w:rsidRDefault="00AB6FFE" w:rsidP="00551BCC">
      <w:pPr>
        <w:spacing w:after="0" w:line="240" w:lineRule="auto"/>
        <w:jc w:val="center"/>
        <w:rPr>
          <w:rFonts w:eastAsia="MS Mincho" w:cs="Times New Roman"/>
          <w:b/>
          <w:lang w:val="ru-RU"/>
        </w:rPr>
      </w:pPr>
    </w:p>
    <w:p w14:paraId="255F7001" w14:textId="3BFF7540" w:rsidR="00AB6FFE" w:rsidRPr="00AB6FFE" w:rsidRDefault="00AB6FFE" w:rsidP="00551BCC">
      <w:pPr>
        <w:spacing w:after="0" w:line="240" w:lineRule="auto"/>
        <w:jc w:val="center"/>
        <w:rPr>
          <w:rFonts w:eastAsia="MS Mincho" w:cs="Times New Roman"/>
          <w:lang w:val="ru-RU"/>
        </w:rPr>
      </w:pPr>
      <w:r w:rsidRPr="00AB6FFE">
        <w:rPr>
          <w:rFonts w:eastAsia="MS Mincho" w:cs="Times New Roman"/>
          <w:b/>
          <w:lang w:val="ru-RU"/>
        </w:rPr>
        <w:t>ФОРМА ЗАЯВКИ</w:t>
      </w:r>
    </w:p>
    <w:p w14:paraId="59589C7F" w14:textId="77777777" w:rsidR="00AB6FFE" w:rsidRDefault="00AB6FFE" w:rsidP="00551BCC">
      <w:pPr>
        <w:spacing w:after="0" w:line="240" w:lineRule="auto"/>
        <w:jc w:val="center"/>
        <w:rPr>
          <w:rFonts w:eastAsia="MS Mincho" w:cs="Times New Roman"/>
          <w:lang w:val="ru-RU"/>
        </w:rPr>
      </w:pPr>
      <w:r w:rsidRPr="00AB6FFE">
        <w:rPr>
          <w:rFonts w:eastAsia="MS Mincho" w:cs="Times New Roman"/>
          <w:lang w:val="ru-RU"/>
        </w:rPr>
        <w:t>на участие в фотоконкурсе «Мой верный друг!»</w:t>
      </w:r>
    </w:p>
    <w:p w14:paraId="35300550" w14:textId="77777777" w:rsidR="00551BCC" w:rsidRDefault="00551BCC" w:rsidP="00B55803">
      <w:pPr>
        <w:spacing w:after="0" w:line="240" w:lineRule="auto"/>
        <w:rPr>
          <w:rFonts w:eastAsia="MS Mincho" w:cs="Times New Roman"/>
          <w:lang w:val="ru-RU"/>
        </w:rPr>
      </w:pPr>
    </w:p>
    <w:p w14:paraId="7F51A7DB" w14:textId="77777777" w:rsidR="00551BCC" w:rsidRPr="00AB6FFE" w:rsidRDefault="00551BCC" w:rsidP="00551BCC">
      <w:pPr>
        <w:spacing w:after="0" w:line="240" w:lineRule="auto"/>
        <w:jc w:val="center"/>
        <w:rPr>
          <w:rFonts w:eastAsia="MS Mincho" w:cs="Times New Roman"/>
          <w:lang w:val="ru-RU"/>
        </w:rPr>
      </w:pPr>
    </w:p>
    <w:tbl>
      <w:tblPr>
        <w:tblStyle w:val="14"/>
        <w:tblW w:w="0" w:type="auto"/>
        <w:tblInd w:w="0" w:type="dxa"/>
        <w:tblLook w:val="04A0" w:firstRow="1" w:lastRow="0" w:firstColumn="1" w:lastColumn="0" w:noHBand="0" w:noVBand="1"/>
      </w:tblPr>
      <w:tblGrid>
        <w:gridCol w:w="5102"/>
        <w:gridCol w:w="3969"/>
      </w:tblGrid>
      <w:tr w:rsidR="00AB6FFE" w:rsidRPr="00AB6FFE" w14:paraId="2606E74A" w14:textId="77777777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88E93" w14:textId="599F17CB" w:rsidR="00AB6FFE" w:rsidRPr="001D6513" w:rsidRDefault="00AB6FFE" w:rsidP="00796FD3">
            <w:pPr>
              <w:jc w:val="both"/>
              <w:rPr>
                <w:lang w:val="ru-RU"/>
              </w:rPr>
            </w:pPr>
            <w:r w:rsidRPr="00AB6FFE">
              <w:t xml:space="preserve">№ </w:t>
            </w:r>
            <w:r w:rsidR="001D6513">
              <w:rPr>
                <w:lang w:val="ru-RU"/>
              </w:rPr>
              <w:t>участника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8076" w14:textId="77777777" w:rsidR="00AB6FFE" w:rsidRPr="00AB6FFE" w:rsidRDefault="00AB6FFE" w:rsidP="00796FD3">
            <w:pPr>
              <w:jc w:val="both"/>
            </w:pPr>
          </w:p>
        </w:tc>
      </w:tr>
      <w:tr w:rsidR="00AB6FFE" w:rsidRPr="00AB6FFE" w14:paraId="7D5914C6" w14:textId="77777777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3D31A" w14:textId="06B8EE2F" w:rsidR="00AB6FFE" w:rsidRPr="001D6513" w:rsidRDefault="00AB6FFE" w:rsidP="00796FD3">
            <w:pPr>
              <w:jc w:val="both"/>
              <w:rPr>
                <w:lang w:val="ru-RU"/>
              </w:rPr>
            </w:pPr>
            <w:r w:rsidRPr="00AB6FFE">
              <w:t xml:space="preserve">ФИО </w:t>
            </w:r>
            <w:r w:rsidR="001D6513">
              <w:rPr>
                <w:lang w:val="ru-RU"/>
              </w:rPr>
              <w:t>участника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88C0" w14:textId="77777777" w:rsidR="00AB6FFE" w:rsidRPr="00AB6FFE" w:rsidRDefault="00AB6FFE" w:rsidP="00796FD3">
            <w:pPr>
              <w:jc w:val="both"/>
            </w:pPr>
          </w:p>
        </w:tc>
      </w:tr>
      <w:tr w:rsidR="00AB6FFE" w:rsidRPr="003E6269" w14:paraId="30AB1FC9" w14:textId="77777777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226B4" w14:textId="77777777" w:rsidR="00AB6FFE" w:rsidRPr="00AB6FFE" w:rsidRDefault="00AB6FFE" w:rsidP="00796FD3">
            <w:pPr>
              <w:jc w:val="both"/>
              <w:rPr>
                <w:lang w:val="ru-RU"/>
              </w:rPr>
            </w:pPr>
            <w:r w:rsidRPr="00AB6FFE">
              <w:rPr>
                <w:lang w:val="ru-RU"/>
              </w:rPr>
              <w:t>Адрес постоянной регистрации на территории МО Коломяги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7FD1" w14:textId="77777777" w:rsidR="00AB6FFE" w:rsidRPr="00AB6FFE" w:rsidRDefault="00AB6FFE" w:rsidP="00796FD3">
            <w:pPr>
              <w:jc w:val="both"/>
              <w:rPr>
                <w:lang w:val="ru-RU"/>
              </w:rPr>
            </w:pPr>
          </w:p>
        </w:tc>
      </w:tr>
      <w:tr w:rsidR="00AB6FFE" w:rsidRPr="00AB6FFE" w14:paraId="26B2764C" w14:textId="77777777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37F7" w14:textId="78CCE802" w:rsidR="00AB6FFE" w:rsidRPr="001D6513" w:rsidRDefault="001D6513" w:rsidP="00796FD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Контактный номер телефона</w:t>
            </w:r>
            <w:r w:rsidR="00AB6FFE" w:rsidRPr="00AB6FFE"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BF53" w14:textId="77777777" w:rsidR="00AB6FFE" w:rsidRPr="00AB6FFE" w:rsidRDefault="00AB6FFE" w:rsidP="00796FD3">
            <w:pPr>
              <w:jc w:val="both"/>
            </w:pPr>
          </w:p>
        </w:tc>
      </w:tr>
      <w:tr w:rsidR="00AB6FFE" w:rsidRPr="00AB6FFE" w14:paraId="448E588B" w14:textId="77777777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0FC5B" w14:textId="1F62A2A7" w:rsidR="00AB6FFE" w:rsidRPr="001D6513" w:rsidRDefault="001D6513" w:rsidP="00796FD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Адрес</w:t>
            </w:r>
            <w:r w:rsidR="00AB6FFE" w:rsidRPr="00AB6FFE">
              <w:t xml:space="preserve"> </w:t>
            </w:r>
            <w:r>
              <w:rPr>
                <w:lang w:val="ru-RU"/>
              </w:rPr>
              <w:t>электронной</w:t>
            </w:r>
            <w:r w:rsidR="00AB6FFE" w:rsidRPr="00AB6FFE">
              <w:t xml:space="preserve"> </w:t>
            </w:r>
            <w:r>
              <w:rPr>
                <w:lang w:val="ru-RU"/>
              </w:rPr>
              <w:t>почты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F21F" w14:textId="77777777" w:rsidR="00AB6FFE" w:rsidRPr="00AB6FFE" w:rsidRDefault="00AB6FFE" w:rsidP="00796FD3">
            <w:pPr>
              <w:jc w:val="both"/>
            </w:pPr>
          </w:p>
        </w:tc>
      </w:tr>
      <w:tr w:rsidR="00AB6FFE" w:rsidRPr="003E6269" w14:paraId="6E9E5C4B" w14:textId="77777777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98B3" w14:textId="77777777" w:rsidR="00AB6FFE" w:rsidRPr="00AB6FFE" w:rsidRDefault="00AB6FFE" w:rsidP="00796FD3">
            <w:pPr>
              <w:jc w:val="both"/>
              <w:rPr>
                <w:lang w:val="ru-RU"/>
              </w:rPr>
            </w:pPr>
            <w:r w:rsidRPr="00AB6FFE">
              <w:rPr>
                <w:lang w:val="ru-RU"/>
              </w:rPr>
              <w:t>Вид животного (собака / кошка), кличка и возраст животного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DA75" w14:textId="77777777" w:rsidR="00AB6FFE" w:rsidRPr="00AB6FFE" w:rsidRDefault="00AB6FFE" w:rsidP="00796FD3">
            <w:pPr>
              <w:jc w:val="both"/>
              <w:rPr>
                <w:lang w:val="ru-RU"/>
              </w:rPr>
            </w:pPr>
          </w:p>
        </w:tc>
      </w:tr>
      <w:tr w:rsidR="00AB6FFE" w:rsidRPr="003E22CF" w14:paraId="24BE4965" w14:textId="77777777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7A660" w14:textId="44E75998" w:rsidR="00AB6FFE" w:rsidRPr="003E22CF" w:rsidRDefault="003E22CF" w:rsidP="00796FD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Название конкурсной работы</w:t>
            </w:r>
            <w:r w:rsidR="00AB6FFE" w:rsidRPr="003E22CF">
              <w:rPr>
                <w:lang w:val="ru-RU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97E6" w14:textId="77777777" w:rsidR="00AB6FFE" w:rsidRPr="003E22CF" w:rsidRDefault="00AB6FFE" w:rsidP="00796FD3">
            <w:pPr>
              <w:jc w:val="both"/>
              <w:rPr>
                <w:lang w:val="ru-RU"/>
              </w:rPr>
            </w:pPr>
          </w:p>
        </w:tc>
      </w:tr>
    </w:tbl>
    <w:p w14:paraId="33125E77" w14:textId="77777777" w:rsidR="00AB6FFE" w:rsidRDefault="00AB6FFE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</w:p>
    <w:p w14:paraId="1D4538BB" w14:textId="77777777" w:rsidR="00551BCC" w:rsidRDefault="00551BCC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</w:p>
    <w:p w14:paraId="651C97A3" w14:textId="77777777" w:rsidR="00551BCC" w:rsidRDefault="00551BCC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</w:p>
    <w:p w14:paraId="2C7DD1CE" w14:textId="77777777" w:rsidR="00551BCC" w:rsidRPr="00551BCC" w:rsidRDefault="00551BCC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</w:p>
    <w:p w14:paraId="62BECC9A" w14:textId="77777777" w:rsidR="00AB6FFE" w:rsidRDefault="00AB6FFE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  <w:r w:rsidRPr="00AB6FFE">
        <w:rPr>
          <w:rFonts w:eastAsia="MS Mincho" w:cs="Times New Roman"/>
          <w:lang w:val="ru-RU"/>
        </w:rPr>
        <w:t>Даю согласие на обработку персональных данных (согласие оформляется по форме, приведённой в приложении 2 к настоящему Положению): ____________ (подпись).</w:t>
      </w:r>
    </w:p>
    <w:p w14:paraId="368045C4" w14:textId="77777777" w:rsidR="00551BCC" w:rsidRDefault="00551BCC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</w:p>
    <w:p w14:paraId="33747CD8" w14:textId="77777777" w:rsidR="00551BCC" w:rsidRDefault="00551BCC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</w:p>
    <w:p w14:paraId="1C0DCE68" w14:textId="77777777" w:rsidR="00551BCC" w:rsidRDefault="00551BCC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</w:p>
    <w:p w14:paraId="48BBA65C" w14:textId="77777777" w:rsidR="00AB6FFE" w:rsidRPr="00AB6FFE" w:rsidRDefault="00AB6FFE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</w:p>
    <w:p w14:paraId="4CBC13D3" w14:textId="23D0BA92" w:rsidR="00AB6FFE" w:rsidRPr="00AB6FFE" w:rsidRDefault="00AB6FFE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  <w:r w:rsidRPr="00AB6FFE">
        <w:rPr>
          <w:rFonts w:eastAsia="MS Mincho" w:cs="Times New Roman"/>
          <w:lang w:val="ru-RU"/>
        </w:rPr>
        <w:t xml:space="preserve">«___» ____________ 2026 г.                   </w:t>
      </w:r>
      <w:r w:rsidR="00B55803">
        <w:rPr>
          <w:rFonts w:eastAsia="MS Mincho" w:cs="Times New Roman"/>
          <w:lang w:val="ru-RU"/>
        </w:rPr>
        <w:t xml:space="preserve">             </w:t>
      </w:r>
      <w:r w:rsidRPr="00AB6FFE">
        <w:rPr>
          <w:rFonts w:eastAsia="MS Mincho" w:cs="Times New Roman"/>
          <w:lang w:val="ru-RU"/>
        </w:rPr>
        <w:t xml:space="preserve"> _______________ / ___________________ /</w:t>
      </w:r>
    </w:p>
    <w:p w14:paraId="6651645C" w14:textId="670B1A15" w:rsidR="00AB6FFE" w:rsidRPr="00AB6FFE" w:rsidRDefault="00B55803" w:rsidP="00796FD3">
      <w:pPr>
        <w:spacing w:after="0" w:line="240" w:lineRule="auto"/>
        <w:jc w:val="both"/>
        <w:rPr>
          <w:rFonts w:eastAsia="MS Mincho" w:cs="Times New Roman"/>
          <w:lang w:val="ru-RU"/>
        </w:rPr>
      </w:pPr>
      <w:r>
        <w:rPr>
          <w:rFonts w:eastAsia="MS Mincho" w:cs="Times New Roman"/>
          <w:lang w:val="ru-RU"/>
        </w:rPr>
        <w:t xml:space="preserve">                                                                                           </w:t>
      </w:r>
      <w:r w:rsidR="00AB6FFE" w:rsidRPr="00AB6FFE">
        <w:rPr>
          <w:rFonts w:eastAsia="MS Mincho" w:cs="Times New Roman"/>
          <w:lang w:val="ru-RU"/>
        </w:rPr>
        <w:t>(подпись)                (Ф.И.О.)</w:t>
      </w:r>
    </w:p>
    <w:p w14:paraId="517AE170" w14:textId="77777777" w:rsidR="001F0FDC" w:rsidRPr="001F0FDC" w:rsidRDefault="001F0FDC" w:rsidP="00796FD3">
      <w:pPr>
        <w:spacing w:after="0" w:line="240" w:lineRule="auto"/>
        <w:jc w:val="both"/>
        <w:rPr>
          <w:szCs w:val="24"/>
          <w:lang w:val="ru-RU"/>
        </w:rPr>
      </w:pPr>
    </w:p>
    <w:p w14:paraId="62977A12" w14:textId="77777777" w:rsidR="001F0FDC" w:rsidRDefault="001F0FDC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5412B518" w14:textId="77777777" w:rsidR="00905072" w:rsidRDefault="0090507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3CD1D836" w14:textId="77777777" w:rsidR="00905072" w:rsidRDefault="0090507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6070198E" w14:textId="77777777" w:rsidR="00905072" w:rsidRDefault="0090507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2E11C986" w14:textId="77777777" w:rsidR="00905072" w:rsidRDefault="0090507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1A183169" w14:textId="77777777" w:rsidR="00905072" w:rsidRDefault="0090507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166BE26F" w14:textId="77777777" w:rsidR="00905072" w:rsidRDefault="0090507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07A33ABF" w14:textId="77777777" w:rsidR="00BA6244" w:rsidRDefault="00BA6244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3107FA3A" w14:textId="77777777" w:rsidR="00905072" w:rsidRDefault="0090507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0D3D295B" w14:textId="77777777" w:rsidR="00905072" w:rsidRDefault="0090507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65F4631A" w14:textId="77777777" w:rsidR="00497549" w:rsidRDefault="00497549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4922DF45" w14:textId="77777777" w:rsidR="00497549" w:rsidRDefault="00497549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45901469" w14:textId="77777777" w:rsidR="00497549" w:rsidRDefault="00497549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13591F0C" w14:textId="77777777" w:rsidR="00551BCC" w:rsidRDefault="00551BCC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7EE09286" w14:textId="77777777" w:rsidR="00905072" w:rsidRDefault="0090507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4A4A3C63" w14:textId="77777777" w:rsidR="00551BCC" w:rsidRDefault="00551BCC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3963FD89" w14:textId="77777777" w:rsidR="00905072" w:rsidRDefault="0090507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0ECFB607" w14:textId="77777777" w:rsidR="00905072" w:rsidRPr="00551BCC" w:rsidRDefault="00905072" w:rsidP="00796FD3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13C8120B" w14:textId="2EE5E7A5" w:rsidR="008814E2" w:rsidRPr="00551BCC" w:rsidRDefault="00551BCC" w:rsidP="00551BCC">
      <w:pPr>
        <w:spacing w:after="0" w:line="240" w:lineRule="auto"/>
        <w:ind w:firstLine="4962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lastRenderedPageBreak/>
        <w:t xml:space="preserve">                                                </w:t>
      </w:r>
      <w:r w:rsidR="008814E2" w:rsidRPr="00551BCC">
        <w:rPr>
          <w:b/>
          <w:szCs w:val="24"/>
          <w:lang w:val="ru-RU"/>
        </w:rPr>
        <w:t>Приложение № 2</w:t>
      </w:r>
    </w:p>
    <w:p w14:paraId="7D68F0BB" w14:textId="13C6FFE1" w:rsidR="008814E2" w:rsidRPr="00551BCC" w:rsidRDefault="00551BCC" w:rsidP="00551BCC">
      <w:pPr>
        <w:spacing w:after="0" w:line="240" w:lineRule="auto"/>
        <w:ind w:firstLine="4962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       </w:t>
      </w:r>
      <w:r w:rsidR="008814E2" w:rsidRPr="00551BCC">
        <w:rPr>
          <w:szCs w:val="24"/>
          <w:lang w:val="ru-RU"/>
        </w:rPr>
        <w:t>к Положению о проведении фотоконкурса</w:t>
      </w:r>
    </w:p>
    <w:p w14:paraId="73EC5BB7" w14:textId="6F80CE5C" w:rsidR="00497549" w:rsidRDefault="00551BCC" w:rsidP="00551BCC">
      <w:pPr>
        <w:spacing w:after="0" w:line="240" w:lineRule="auto"/>
        <w:ind w:firstLine="4962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                                           </w:t>
      </w:r>
      <w:r w:rsidR="008814E2" w:rsidRPr="00551BCC">
        <w:rPr>
          <w:szCs w:val="24"/>
          <w:lang w:val="ru-RU"/>
        </w:rPr>
        <w:t xml:space="preserve">«Мой верный </w:t>
      </w:r>
      <w:r w:rsidR="001F2F6D" w:rsidRPr="00551BCC">
        <w:rPr>
          <w:szCs w:val="24"/>
          <w:lang w:val="ru-RU"/>
        </w:rPr>
        <w:t>друг</w:t>
      </w:r>
      <w:r w:rsidR="00497549" w:rsidRPr="00551BCC">
        <w:rPr>
          <w:szCs w:val="24"/>
          <w:lang w:val="ru-RU"/>
        </w:rPr>
        <w:t>!»</w:t>
      </w:r>
    </w:p>
    <w:p w14:paraId="6F0D3A3A" w14:textId="77777777" w:rsidR="00551BCC" w:rsidRDefault="00551BCC" w:rsidP="00551BCC">
      <w:pPr>
        <w:spacing w:after="0" w:line="240" w:lineRule="auto"/>
        <w:ind w:firstLine="4962"/>
        <w:jc w:val="both"/>
        <w:rPr>
          <w:szCs w:val="24"/>
          <w:lang w:val="ru-RU"/>
        </w:rPr>
      </w:pPr>
    </w:p>
    <w:p w14:paraId="644273E2" w14:textId="77777777" w:rsidR="00551BCC" w:rsidRPr="00551BCC" w:rsidRDefault="00551BCC" w:rsidP="00551BCC">
      <w:pPr>
        <w:spacing w:after="0" w:line="240" w:lineRule="auto"/>
        <w:ind w:firstLine="4962"/>
        <w:jc w:val="both"/>
        <w:rPr>
          <w:szCs w:val="24"/>
          <w:lang w:val="ru-RU"/>
        </w:rPr>
      </w:pPr>
    </w:p>
    <w:p w14:paraId="1015B29A" w14:textId="279E032B" w:rsidR="008814E2" w:rsidRPr="00551BCC" w:rsidRDefault="008814E2" w:rsidP="00551BCC">
      <w:pPr>
        <w:spacing w:after="0" w:line="240" w:lineRule="auto"/>
        <w:jc w:val="center"/>
        <w:rPr>
          <w:szCs w:val="24"/>
          <w:lang w:val="ru-RU"/>
        </w:rPr>
      </w:pPr>
      <w:r w:rsidRPr="00551BCC">
        <w:rPr>
          <w:b/>
          <w:szCs w:val="24"/>
          <w:lang w:val="ru-RU"/>
        </w:rPr>
        <w:t>СОГЛАСИЕ</w:t>
      </w:r>
    </w:p>
    <w:p w14:paraId="2B7188BA" w14:textId="77777777" w:rsidR="008814E2" w:rsidRPr="00551BCC" w:rsidRDefault="008814E2" w:rsidP="00551BCC">
      <w:pPr>
        <w:spacing w:after="0" w:line="240" w:lineRule="auto"/>
        <w:jc w:val="center"/>
        <w:rPr>
          <w:szCs w:val="24"/>
          <w:lang w:val="ru-RU"/>
        </w:rPr>
      </w:pPr>
      <w:r w:rsidRPr="00551BCC">
        <w:rPr>
          <w:szCs w:val="24"/>
          <w:lang w:val="ru-RU"/>
        </w:rPr>
        <w:t>на обработку персональных данных</w:t>
      </w:r>
    </w:p>
    <w:p w14:paraId="6DC377F3" w14:textId="4D87662E" w:rsidR="008814E2" w:rsidRPr="00551BCC" w:rsidRDefault="008814E2" w:rsidP="00551BCC">
      <w:pPr>
        <w:spacing w:after="0" w:line="240" w:lineRule="auto"/>
        <w:jc w:val="center"/>
        <w:rPr>
          <w:szCs w:val="24"/>
          <w:lang w:val="ru-RU"/>
        </w:rPr>
      </w:pPr>
      <w:r w:rsidRPr="00551BCC">
        <w:rPr>
          <w:szCs w:val="24"/>
          <w:lang w:val="ru-RU"/>
        </w:rPr>
        <w:t>(в целях участия в фотоконкурсе «Мой верный друг!»)</w:t>
      </w:r>
    </w:p>
    <w:p w14:paraId="34F32533" w14:textId="77777777" w:rsidR="00551BCC" w:rsidRDefault="00551BCC" w:rsidP="00551BCC">
      <w:pPr>
        <w:spacing w:after="0" w:line="240" w:lineRule="auto"/>
        <w:ind w:firstLine="4962"/>
        <w:jc w:val="both"/>
        <w:rPr>
          <w:sz w:val="20"/>
          <w:szCs w:val="20"/>
          <w:lang w:val="ru-RU"/>
        </w:rPr>
      </w:pPr>
    </w:p>
    <w:p w14:paraId="2DCCEB90" w14:textId="77777777" w:rsidR="00551BCC" w:rsidRPr="001F2F6D" w:rsidRDefault="00551BCC" w:rsidP="00551BCC">
      <w:pPr>
        <w:spacing w:after="0" w:line="240" w:lineRule="auto"/>
        <w:ind w:firstLine="4962"/>
        <w:jc w:val="both"/>
        <w:rPr>
          <w:sz w:val="20"/>
          <w:szCs w:val="20"/>
          <w:lang w:val="ru-RU"/>
        </w:rPr>
      </w:pPr>
    </w:p>
    <w:p w14:paraId="516A0ED5" w14:textId="33E6F6A5" w:rsidR="008814E2" w:rsidRPr="00551BCC" w:rsidRDefault="008814E2" w:rsidP="00551BCC">
      <w:pPr>
        <w:spacing w:after="0" w:line="240" w:lineRule="auto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Я, ______________________________________________________________________</w:t>
      </w:r>
      <w:r w:rsidR="00C5593E" w:rsidRPr="00551BCC">
        <w:rPr>
          <w:rFonts w:eastAsia="MS Mincho" w:cs="Times New Roman"/>
          <w:sz w:val="22"/>
          <w:lang w:val="ru-RU"/>
        </w:rPr>
        <w:t>_________</w:t>
      </w:r>
      <w:r w:rsidRPr="00551BCC">
        <w:rPr>
          <w:rFonts w:eastAsia="MS Mincho" w:cs="Times New Roman"/>
          <w:sz w:val="22"/>
          <w:lang w:val="ru-RU"/>
        </w:rPr>
        <w:t>______,</w:t>
      </w:r>
    </w:p>
    <w:p w14:paraId="6CC7D080" w14:textId="417E8689" w:rsidR="008814E2" w:rsidRPr="00551BCC" w:rsidRDefault="00551BCC" w:rsidP="00551BCC">
      <w:pPr>
        <w:spacing w:after="0" w:line="240" w:lineRule="auto"/>
        <w:jc w:val="both"/>
        <w:rPr>
          <w:rFonts w:eastAsia="MS Mincho" w:cs="Times New Roman"/>
          <w:sz w:val="20"/>
          <w:szCs w:val="20"/>
          <w:lang w:val="ru-RU"/>
        </w:rPr>
      </w:pPr>
      <w:r>
        <w:rPr>
          <w:rFonts w:eastAsia="MS Mincho" w:cs="Times New Roman"/>
          <w:sz w:val="20"/>
          <w:szCs w:val="20"/>
          <w:lang w:val="ru-RU"/>
        </w:rPr>
        <w:t xml:space="preserve">                            </w:t>
      </w:r>
      <w:r w:rsidR="008814E2" w:rsidRPr="00551BCC">
        <w:rPr>
          <w:rFonts w:eastAsia="MS Mincho" w:cs="Times New Roman"/>
          <w:sz w:val="20"/>
          <w:szCs w:val="20"/>
          <w:lang w:val="ru-RU"/>
        </w:rPr>
        <w:t>(фамилия, имя, отчество участника / родителя (законного представителя))</w:t>
      </w:r>
    </w:p>
    <w:p w14:paraId="105A48B8" w14:textId="775A6C2E" w:rsidR="00551BCC" w:rsidRPr="00551BCC" w:rsidRDefault="00551BCC" w:rsidP="00551BCC">
      <w:pPr>
        <w:spacing w:after="0" w:line="240" w:lineRule="auto"/>
        <w:jc w:val="both"/>
        <w:rPr>
          <w:rFonts w:eastAsia="MS Mincho" w:cs="Times New Roman"/>
          <w:sz w:val="22"/>
          <w:lang w:val="ru-RU"/>
        </w:rPr>
      </w:pPr>
      <w:r>
        <w:rPr>
          <w:rFonts w:eastAsia="MS Mincho" w:cs="Times New Roman"/>
          <w:sz w:val="22"/>
          <w:lang w:val="ru-RU"/>
        </w:rPr>
        <w:t xml:space="preserve"> </w:t>
      </w:r>
    </w:p>
    <w:p w14:paraId="4896B782" w14:textId="15607BF3" w:rsidR="008814E2" w:rsidRDefault="008814E2" w:rsidP="00551BCC">
      <w:pPr>
        <w:spacing w:after="0" w:line="240" w:lineRule="auto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зарегистрирован(на) по адресу: ___________________________________________________</w:t>
      </w:r>
      <w:r w:rsidR="00C5593E" w:rsidRPr="00551BCC">
        <w:rPr>
          <w:rFonts w:eastAsia="MS Mincho" w:cs="Times New Roman"/>
          <w:sz w:val="22"/>
          <w:lang w:val="ru-RU"/>
        </w:rPr>
        <w:t>___</w:t>
      </w:r>
      <w:r w:rsidR="00551BCC">
        <w:rPr>
          <w:rFonts w:eastAsia="MS Mincho" w:cs="Times New Roman"/>
          <w:sz w:val="22"/>
          <w:lang w:val="ru-RU"/>
        </w:rPr>
        <w:t>__</w:t>
      </w:r>
      <w:r w:rsidR="00C5593E" w:rsidRPr="00551BCC">
        <w:rPr>
          <w:rFonts w:eastAsia="MS Mincho" w:cs="Times New Roman"/>
          <w:sz w:val="22"/>
          <w:lang w:val="ru-RU"/>
        </w:rPr>
        <w:t>_</w:t>
      </w:r>
      <w:r w:rsidRPr="00551BCC">
        <w:rPr>
          <w:rFonts w:eastAsia="MS Mincho" w:cs="Times New Roman"/>
          <w:sz w:val="22"/>
          <w:lang w:val="ru-RU"/>
        </w:rPr>
        <w:t>___,</w:t>
      </w:r>
    </w:p>
    <w:p w14:paraId="0BF2BF56" w14:textId="77777777" w:rsidR="00551BCC" w:rsidRPr="00551BCC" w:rsidRDefault="00551BCC" w:rsidP="00551BCC">
      <w:pPr>
        <w:spacing w:after="0" w:line="240" w:lineRule="auto"/>
        <w:jc w:val="both"/>
        <w:rPr>
          <w:rFonts w:eastAsia="MS Mincho" w:cs="Times New Roman"/>
          <w:sz w:val="22"/>
          <w:lang w:val="ru-RU"/>
        </w:rPr>
      </w:pPr>
    </w:p>
    <w:p w14:paraId="280F5E23" w14:textId="5C32F459" w:rsidR="00551BCC" w:rsidRPr="00551BCC" w:rsidRDefault="008814E2" w:rsidP="00551BCC">
      <w:pPr>
        <w:spacing w:after="0" w:line="240" w:lineRule="auto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документ, удостоверяющий личность: _____________________________</w:t>
      </w:r>
      <w:r w:rsidR="00C5593E" w:rsidRPr="00551BCC">
        <w:rPr>
          <w:rFonts w:eastAsia="MS Mincho" w:cs="Times New Roman"/>
          <w:sz w:val="22"/>
          <w:lang w:val="ru-RU"/>
        </w:rPr>
        <w:t>__________</w:t>
      </w:r>
      <w:r w:rsidRPr="00551BCC">
        <w:rPr>
          <w:rFonts w:eastAsia="MS Mincho" w:cs="Times New Roman"/>
          <w:sz w:val="22"/>
          <w:lang w:val="ru-RU"/>
        </w:rPr>
        <w:t>_______________,</w:t>
      </w:r>
    </w:p>
    <w:p w14:paraId="10E25692" w14:textId="1767A1A8" w:rsidR="008814E2" w:rsidRDefault="00551BCC" w:rsidP="00551BCC">
      <w:pPr>
        <w:spacing w:after="0" w:line="240" w:lineRule="auto"/>
        <w:jc w:val="both"/>
        <w:rPr>
          <w:rFonts w:eastAsia="MS Mincho" w:cs="Times New Roman"/>
          <w:sz w:val="20"/>
          <w:szCs w:val="20"/>
          <w:lang w:val="ru-RU"/>
        </w:rPr>
      </w:pPr>
      <w:r>
        <w:rPr>
          <w:rFonts w:eastAsia="MS Mincho" w:cs="Times New Roman"/>
          <w:sz w:val="20"/>
          <w:szCs w:val="20"/>
          <w:lang w:val="ru-RU"/>
        </w:rPr>
        <w:t xml:space="preserve">                 </w:t>
      </w:r>
      <w:r w:rsidR="008814E2" w:rsidRPr="00551BCC">
        <w:rPr>
          <w:rFonts w:eastAsia="MS Mincho" w:cs="Times New Roman"/>
          <w:sz w:val="20"/>
          <w:szCs w:val="20"/>
          <w:lang w:val="ru-RU"/>
        </w:rPr>
        <w:t>(наименование документа, номер, сведения о дате выдачи документа и выдавшем его органе)</w:t>
      </w:r>
    </w:p>
    <w:p w14:paraId="19572AA6" w14:textId="77777777" w:rsidR="00551BCC" w:rsidRPr="00551BCC" w:rsidRDefault="00551BCC" w:rsidP="00551BCC">
      <w:pPr>
        <w:spacing w:after="0" w:line="240" w:lineRule="auto"/>
        <w:jc w:val="both"/>
        <w:rPr>
          <w:rFonts w:eastAsia="MS Mincho" w:cs="Times New Roman"/>
          <w:sz w:val="20"/>
          <w:szCs w:val="20"/>
          <w:lang w:val="ru-RU"/>
        </w:rPr>
      </w:pPr>
    </w:p>
    <w:p w14:paraId="561FEB8A" w14:textId="77777777" w:rsidR="008814E2" w:rsidRPr="00551BCC" w:rsidRDefault="008814E2" w:rsidP="00551BCC">
      <w:pPr>
        <w:spacing w:after="0" w:line="240" w:lineRule="auto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в соответствии с п. 1 ч. 1 ст. 6, п. 4 ст. 9 Федерального закона от 27.07.2006 № 152-ФЗ «О персональных данных» свободно, своей волей и в своём интересе даю согласие местной администрации внутригородского муниципального образования города федерального значения Санкт-Петербурга муниципальный округ Коломяги (далее — МА МО Коломяги), расположенной по адресу: г. Санкт-Петербург, Земский пер., д. 7,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(за исключением распространения неопределённому кругу лиц), обезличивание, блокирование, удаление, уничтожение) моих персональных данных, указанных в настоящем согласии:</w:t>
      </w:r>
    </w:p>
    <w:p w14:paraId="219BF86F" w14:textId="77777777" w:rsidR="008814E2" w:rsidRPr="00551BCC" w:rsidRDefault="008814E2" w:rsidP="00551BCC">
      <w:pPr>
        <w:pStyle w:val="ae"/>
        <w:numPr>
          <w:ilvl w:val="0"/>
          <w:numId w:val="15"/>
        </w:numPr>
        <w:tabs>
          <w:tab w:val="num" w:pos="360"/>
        </w:tabs>
        <w:spacing w:after="0" w:line="240" w:lineRule="auto"/>
        <w:ind w:left="0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фамилия, имя, отчество;</w:t>
      </w:r>
    </w:p>
    <w:p w14:paraId="779671FE" w14:textId="77777777" w:rsidR="008814E2" w:rsidRPr="00551BCC" w:rsidRDefault="008814E2" w:rsidP="00551BCC">
      <w:pPr>
        <w:pStyle w:val="ae"/>
        <w:numPr>
          <w:ilvl w:val="0"/>
          <w:numId w:val="15"/>
        </w:numPr>
        <w:tabs>
          <w:tab w:val="num" w:pos="360"/>
        </w:tabs>
        <w:spacing w:after="0" w:line="240" w:lineRule="auto"/>
        <w:ind w:left="0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адрес регистрации;</w:t>
      </w:r>
    </w:p>
    <w:p w14:paraId="61A01BE7" w14:textId="77777777" w:rsidR="008814E2" w:rsidRPr="00551BCC" w:rsidRDefault="008814E2" w:rsidP="00551BCC">
      <w:pPr>
        <w:pStyle w:val="ae"/>
        <w:numPr>
          <w:ilvl w:val="0"/>
          <w:numId w:val="15"/>
        </w:numPr>
        <w:tabs>
          <w:tab w:val="num" w:pos="360"/>
        </w:tabs>
        <w:spacing w:after="0" w:line="240" w:lineRule="auto"/>
        <w:ind w:left="0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контактный номер телефона;</w:t>
      </w:r>
    </w:p>
    <w:p w14:paraId="565B45DB" w14:textId="77777777" w:rsidR="008814E2" w:rsidRPr="00551BCC" w:rsidRDefault="008814E2" w:rsidP="00551BCC">
      <w:pPr>
        <w:pStyle w:val="ae"/>
        <w:numPr>
          <w:ilvl w:val="0"/>
          <w:numId w:val="15"/>
        </w:numPr>
        <w:tabs>
          <w:tab w:val="num" w:pos="360"/>
        </w:tabs>
        <w:spacing w:after="0" w:line="240" w:lineRule="auto"/>
        <w:ind w:left="0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адрес электронной почты;</w:t>
      </w:r>
    </w:p>
    <w:p w14:paraId="0693D3B4" w14:textId="77777777" w:rsidR="008814E2" w:rsidRPr="00551BCC" w:rsidRDefault="008814E2" w:rsidP="00551BCC">
      <w:pPr>
        <w:pStyle w:val="ae"/>
        <w:numPr>
          <w:ilvl w:val="0"/>
          <w:numId w:val="15"/>
        </w:numPr>
        <w:tabs>
          <w:tab w:val="num" w:pos="360"/>
        </w:tabs>
        <w:spacing w:after="0" w:line="240" w:lineRule="auto"/>
        <w:ind w:left="0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кличка и возраст животного;</w:t>
      </w:r>
    </w:p>
    <w:p w14:paraId="178F6AF5" w14:textId="1D43F827" w:rsidR="008814E2" w:rsidRDefault="008814E2" w:rsidP="00551BCC">
      <w:pPr>
        <w:pStyle w:val="ae"/>
        <w:numPr>
          <w:ilvl w:val="0"/>
          <w:numId w:val="15"/>
        </w:numPr>
        <w:tabs>
          <w:tab w:val="num" w:pos="360"/>
        </w:tabs>
        <w:spacing w:after="0" w:line="240" w:lineRule="auto"/>
        <w:ind w:left="0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конкурсная работа (фотография) с указанием имени автора.</w:t>
      </w:r>
    </w:p>
    <w:p w14:paraId="24C9C0A7" w14:textId="77777777" w:rsidR="00551BCC" w:rsidRPr="00551BCC" w:rsidRDefault="00551BCC" w:rsidP="00551BCC">
      <w:pPr>
        <w:pStyle w:val="ae"/>
        <w:tabs>
          <w:tab w:val="num" w:pos="360"/>
        </w:tabs>
        <w:spacing w:after="0" w:line="240" w:lineRule="auto"/>
        <w:ind w:left="0"/>
        <w:jc w:val="both"/>
        <w:rPr>
          <w:rFonts w:eastAsia="MS Mincho" w:cs="Times New Roman"/>
          <w:sz w:val="22"/>
          <w:lang w:val="ru-RU"/>
        </w:rPr>
      </w:pPr>
    </w:p>
    <w:p w14:paraId="29A40B6C" w14:textId="1556EEE7" w:rsidR="00551BCC" w:rsidRPr="00551BCC" w:rsidRDefault="008814E2" w:rsidP="00551BCC">
      <w:pPr>
        <w:spacing w:after="0" w:line="240" w:lineRule="auto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Данным согласием разрешаю считать общедоступными, в том числе размещать в сети «Интернет» на официальных ресурсах МА МО Коломяги и в печатных официальных изданиях, персональные данные участника: ФИО, возраст (для несовершеннолетних), конкурсную работу (фотографию) с указанием имени автора.</w:t>
      </w:r>
    </w:p>
    <w:p w14:paraId="4CE3CBBA" w14:textId="77777777" w:rsidR="008814E2" w:rsidRPr="00551BCC" w:rsidRDefault="008814E2" w:rsidP="00551BCC">
      <w:pPr>
        <w:spacing w:after="0" w:line="240" w:lineRule="auto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1. Я даю согласие на использование вышеуказанных персональных данных в рамках участия в фотоконкурсе «Мой верный друг!» (далее — Конкурс).</w:t>
      </w:r>
    </w:p>
    <w:p w14:paraId="5A0B8F7C" w14:textId="77777777" w:rsidR="008814E2" w:rsidRPr="00551BCC" w:rsidRDefault="008814E2" w:rsidP="00551BCC">
      <w:pPr>
        <w:spacing w:after="0" w:line="240" w:lineRule="auto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2. С Положением о проведении Конкурса ознакомлен(а), согласен(на).</w:t>
      </w:r>
    </w:p>
    <w:p w14:paraId="088C7DFD" w14:textId="77777777" w:rsidR="008814E2" w:rsidRPr="00551BCC" w:rsidRDefault="008814E2" w:rsidP="00551BCC">
      <w:pPr>
        <w:spacing w:after="0" w:line="240" w:lineRule="auto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3. Я проинформирован(на), что МА МО Коломяги гарантирует обработку моих персональных данных в соответствии с действующим законодательством Российской Федерации.</w:t>
      </w:r>
    </w:p>
    <w:p w14:paraId="10CA02A5" w14:textId="77777777" w:rsidR="008814E2" w:rsidRPr="00551BCC" w:rsidRDefault="008814E2" w:rsidP="00551BCC">
      <w:pPr>
        <w:spacing w:after="0" w:line="240" w:lineRule="auto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4. Даю согласие на рассылку информационных писем на электронную почту.</w:t>
      </w:r>
    </w:p>
    <w:p w14:paraId="30D41C1B" w14:textId="77777777" w:rsidR="008814E2" w:rsidRPr="00551BCC" w:rsidRDefault="008814E2" w:rsidP="00551BCC">
      <w:pPr>
        <w:spacing w:after="0" w:line="240" w:lineRule="auto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5. Данное согласие действует до достижения целей обработки персональных данных, но в любом случае не более чем в течение трёх лет с даты составления согласия (если иное не предусмотрено действующим законодательством Российской Федерации).</w:t>
      </w:r>
    </w:p>
    <w:p w14:paraId="5446F912" w14:textId="77777777" w:rsidR="008814E2" w:rsidRPr="00551BCC" w:rsidRDefault="008814E2" w:rsidP="00551BCC">
      <w:pPr>
        <w:spacing w:after="0" w:line="240" w:lineRule="auto"/>
        <w:jc w:val="both"/>
        <w:rPr>
          <w:rFonts w:eastAsia="MS Mincho" w:cs="Times New Roman"/>
          <w:sz w:val="22"/>
          <w:lang w:val="ru-RU"/>
        </w:rPr>
      </w:pPr>
      <w:r w:rsidRPr="00551BCC">
        <w:rPr>
          <w:rFonts w:eastAsia="MS Mincho" w:cs="Times New Roman"/>
          <w:sz w:val="22"/>
          <w:lang w:val="ru-RU"/>
        </w:rPr>
        <w:t>Настоящее согласие может быть отозвано в любой момент по письменному заявлению.</w:t>
      </w:r>
    </w:p>
    <w:p w14:paraId="421BEF5D" w14:textId="77777777" w:rsidR="00551BCC" w:rsidRPr="00551BCC" w:rsidRDefault="00551BCC" w:rsidP="00551BCC">
      <w:pPr>
        <w:spacing w:after="0" w:line="240" w:lineRule="auto"/>
        <w:jc w:val="both"/>
        <w:rPr>
          <w:rFonts w:eastAsia="MS Mincho" w:cs="Times New Roman"/>
          <w:sz w:val="22"/>
          <w:lang w:val="ru-RU"/>
        </w:rPr>
      </w:pPr>
    </w:p>
    <w:p w14:paraId="6FD39BA3" w14:textId="77777777" w:rsidR="00497549" w:rsidRPr="00551BCC" w:rsidRDefault="00497549" w:rsidP="00551BCC">
      <w:pPr>
        <w:spacing w:after="0" w:line="240" w:lineRule="auto"/>
        <w:jc w:val="both"/>
        <w:rPr>
          <w:rFonts w:eastAsia="MS Mincho" w:cs="Times New Roman"/>
          <w:sz w:val="22"/>
          <w:lang w:val="ru-RU"/>
        </w:rPr>
      </w:pPr>
    </w:p>
    <w:p w14:paraId="41CE0965" w14:textId="6B151FF9" w:rsidR="008814E2" w:rsidRPr="001F2F6D" w:rsidRDefault="008814E2" w:rsidP="00796FD3">
      <w:pPr>
        <w:spacing w:after="0" w:line="240" w:lineRule="auto"/>
        <w:jc w:val="both"/>
        <w:rPr>
          <w:rFonts w:eastAsia="MS Mincho" w:cs="Times New Roman"/>
          <w:sz w:val="20"/>
          <w:szCs w:val="20"/>
          <w:lang w:val="ru-RU"/>
        </w:rPr>
      </w:pPr>
      <w:r w:rsidRPr="001F2F6D">
        <w:rPr>
          <w:rFonts w:eastAsia="MS Mincho" w:cs="Times New Roman"/>
          <w:sz w:val="20"/>
          <w:szCs w:val="20"/>
          <w:lang w:val="ru-RU"/>
        </w:rPr>
        <w:t xml:space="preserve">«___» ______________ ____ г.               </w:t>
      </w:r>
      <w:r w:rsidR="00497549">
        <w:rPr>
          <w:rFonts w:eastAsia="MS Mincho" w:cs="Times New Roman"/>
          <w:sz w:val="20"/>
          <w:szCs w:val="20"/>
          <w:lang w:val="ru-RU"/>
        </w:rPr>
        <w:t xml:space="preserve">                                           </w:t>
      </w:r>
      <w:r w:rsidRPr="001F2F6D">
        <w:rPr>
          <w:rFonts w:eastAsia="MS Mincho" w:cs="Times New Roman"/>
          <w:sz w:val="20"/>
          <w:szCs w:val="20"/>
          <w:lang w:val="ru-RU"/>
        </w:rPr>
        <w:t xml:space="preserve"> _________________ / _________________ /</w:t>
      </w:r>
    </w:p>
    <w:p w14:paraId="184B4A13" w14:textId="4F98C59F" w:rsidR="008814E2" w:rsidRPr="008814E2" w:rsidRDefault="00497549" w:rsidP="00796FD3">
      <w:pPr>
        <w:spacing w:after="0" w:line="240" w:lineRule="auto"/>
        <w:jc w:val="both"/>
        <w:rPr>
          <w:rFonts w:eastAsia="MS Mincho" w:cs="Times New Roman"/>
          <w:sz w:val="22"/>
          <w:lang w:val="ru-RU"/>
        </w:rPr>
      </w:pPr>
      <w:r>
        <w:rPr>
          <w:rFonts w:eastAsia="MS Mincho" w:cs="Times New Roman"/>
          <w:sz w:val="22"/>
          <w:lang w:val="ru-RU"/>
        </w:rPr>
        <w:t xml:space="preserve">                                                                                              </w:t>
      </w:r>
      <w:r w:rsidR="008814E2" w:rsidRPr="008814E2">
        <w:rPr>
          <w:rFonts w:eastAsia="MS Mincho" w:cs="Times New Roman"/>
          <w:sz w:val="22"/>
          <w:lang w:val="ru-RU"/>
        </w:rPr>
        <w:t>(подпись)                (Ф.И.О.)</w:t>
      </w:r>
    </w:p>
    <w:sectPr w:rsidR="008814E2" w:rsidRPr="008814E2" w:rsidSect="002D739B">
      <w:footerReference w:type="default" r:id="rId9"/>
      <w:pgSz w:w="12240" w:h="15840"/>
      <w:pgMar w:top="709" w:right="851" w:bottom="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75ABD" w14:textId="77777777" w:rsidR="00BE0786" w:rsidRDefault="00BE0786" w:rsidP="00CE07FC">
      <w:pPr>
        <w:spacing w:after="0" w:line="240" w:lineRule="auto"/>
      </w:pPr>
      <w:r>
        <w:separator/>
      </w:r>
    </w:p>
  </w:endnote>
  <w:endnote w:type="continuationSeparator" w:id="0">
    <w:p w14:paraId="74664290" w14:textId="77777777" w:rsidR="00BE0786" w:rsidRDefault="00BE0786" w:rsidP="00CE0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6731493"/>
      <w:docPartObj>
        <w:docPartGallery w:val="Page Numbers (Bottom of Page)"/>
        <w:docPartUnique/>
      </w:docPartObj>
    </w:sdtPr>
    <w:sdtEndPr/>
    <w:sdtContent>
      <w:p w14:paraId="7701C08F" w14:textId="10AAFC26" w:rsidR="00CE07FC" w:rsidRDefault="00CE07F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6D7A67A9" w14:textId="77777777" w:rsidR="00CE07FC" w:rsidRDefault="00CE07F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3A431" w14:textId="77777777" w:rsidR="00BE0786" w:rsidRDefault="00BE0786" w:rsidP="00CE07FC">
      <w:pPr>
        <w:spacing w:after="0" w:line="240" w:lineRule="auto"/>
      </w:pPr>
      <w:r>
        <w:separator/>
      </w:r>
    </w:p>
  </w:footnote>
  <w:footnote w:type="continuationSeparator" w:id="0">
    <w:p w14:paraId="63B8A15B" w14:textId="77777777" w:rsidR="00BE0786" w:rsidRDefault="00BE0786" w:rsidP="00CE0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9824AC"/>
    <w:multiLevelType w:val="hybridMultilevel"/>
    <w:tmpl w:val="101E9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62FB2"/>
    <w:multiLevelType w:val="hybridMultilevel"/>
    <w:tmpl w:val="DB90A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33E06"/>
    <w:multiLevelType w:val="hybridMultilevel"/>
    <w:tmpl w:val="8EDACED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9803BD0"/>
    <w:multiLevelType w:val="hybridMultilevel"/>
    <w:tmpl w:val="D2B62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882E25"/>
    <w:multiLevelType w:val="multilevel"/>
    <w:tmpl w:val="E63AC1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49F3B4C"/>
    <w:multiLevelType w:val="hybridMultilevel"/>
    <w:tmpl w:val="84B211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682865">
    <w:abstractNumId w:val="8"/>
  </w:num>
  <w:num w:numId="2" w16cid:durableId="157499635">
    <w:abstractNumId w:val="6"/>
  </w:num>
  <w:num w:numId="3" w16cid:durableId="1316647033">
    <w:abstractNumId w:val="5"/>
  </w:num>
  <w:num w:numId="4" w16cid:durableId="254821391">
    <w:abstractNumId w:val="4"/>
  </w:num>
  <w:num w:numId="5" w16cid:durableId="2056543929">
    <w:abstractNumId w:val="7"/>
  </w:num>
  <w:num w:numId="6" w16cid:durableId="2003577291">
    <w:abstractNumId w:val="3"/>
  </w:num>
  <w:num w:numId="7" w16cid:durableId="1259026593">
    <w:abstractNumId w:val="2"/>
  </w:num>
  <w:num w:numId="8" w16cid:durableId="770663475">
    <w:abstractNumId w:val="1"/>
  </w:num>
  <w:num w:numId="9" w16cid:durableId="2036079099">
    <w:abstractNumId w:val="0"/>
  </w:num>
  <w:num w:numId="10" w16cid:durableId="1045369845">
    <w:abstractNumId w:val="13"/>
  </w:num>
  <w:num w:numId="11" w16cid:durableId="942374127">
    <w:abstractNumId w:val="11"/>
  </w:num>
  <w:num w:numId="12" w16cid:durableId="591670161">
    <w:abstractNumId w:val="10"/>
  </w:num>
  <w:num w:numId="13" w16cid:durableId="7882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8106783">
    <w:abstractNumId w:val="14"/>
  </w:num>
  <w:num w:numId="15" w16cid:durableId="1109592931">
    <w:abstractNumId w:val="9"/>
  </w:num>
  <w:num w:numId="16" w16cid:durableId="8024314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6D4"/>
    <w:rsid w:val="00025925"/>
    <w:rsid w:val="000269A2"/>
    <w:rsid w:val="00034616"/>
    <w:rsid w:val="0006063C"/>
    <w:rsid w:val="00080884"/>
    <w:rsid w:val="000815F0"/>
    <w:rsid w:val="00083C00"/>
    <w:rsid w:val="000F544A"/>
    <w:rsid w:val="001477D7"/>
    <w:rsid w:val="0015074B"/>
    <w:rsid w:val="00150F9B"/>
    <w:rsid w:val="001D6513"/>
    <w:rsid w:val="001E3AFF"/>
    <w:rsid w:val="001F0FDC"/>
    <w:rsid w:val="001F2F6D"/>
    <w:rsid w:val="002025A6"/>
    <w:rsid w:val="00262FE6"/>
    <w:rsid w:val="0029639D"/>
    <w:rsid w:val="002B0932"/>
    <w:rsid w:val="002D739B"/>
    <w:rsid w:val="002E7EB2"/>
    <w:rsid w:val="00321F59"/>
    <w:rsid w:val="00326F90"/>
    <w:rsid w:val="00392BB8"/>
    <w:rsid w:val="003E22CF"/>
    <w:rsid w:val="003E6269"/>
    <w:rsid w:val="004173D4"/>
    <w:rsid w:val="004436CA"/>
    <w:rsid w:val="00447AEF"/>
    <w:rsid w:val="004507D2"/>
    <w:rsid w:val="00497549"/>
    <w:rsid w:val="004A63E5"/>
    <w:rsid w:val="00541216"/>
    <w:rsid w:val="00551BCC"/>
    <w:rsid w:val="005D5F63"/>
    <w:rsid w:val="005E56CF"/>
    <w:rsid w:val="00616C1A"/>
    <w:rsid w:val="00657317"/>
    <w:rsid w:val="0067157E"/>
    <w:rsid w:val="006820D0"/>
    <w:rsid w:val="00696FF3"/>
    <w:rsid w:val="006A3B89"/>
    <w:rsid w:val="00774329"/>
    <w:rsid w:val="00796FD3"/>
    <w:rsid w:val="007C075D"/>
    <w:rsid w:val="007E5F18"/>
    <w:rsid w:val="00866001"/>
    <w:rsid w:val="008814E2"/>
    <w:rsid w:val="008C06D8"/>
    <w:rsid w:val="008C159D"/>
    <w:rsid w:val="00905072"/>
    <w:rsid w:val="00947786"/>
    <w:rsid w:val="009A1AD6"/>
    <w:rsid w:val="00A02E07"/>
    <w:rsid w:val="00AA1D8D"/>
    <w:rsid w:val="00AB6FFE"/>
    <w:rsid w:val="00AF44DE"/>
    <w:rsid w:val="00B47730"/>
    <w:rsid w:val="00B55803"/>
    <w:rsid w:val="00B67EF7"/>
    <w:rsid w:val="00B71625"/>
    <w:rsid w:val="00B75B93"/>
    <w:rsid w:val="00B83C0F"/>
    <w:rsid w:val="00B853C0"/>
    <w:rsid w:val="00BA6244"/>
    <w:rsid w:val="00BB5EEB"/>
    <w:rsid w:val="00BC5FEF"/>
    <w:rsid w:val="00BE0786"/>
    <w:rsid w:val="00C14387"/>
    <w:rsid w:val="00C5593E"/>
    <w:rsid w:val="00C61088"/>
    <w:rsid w:val="00CB0664"/>
    <w:rsid w:val="00CE07FC"/>
    <w:rsid w:val="00CE5FE5"/>
    <w:rsid w:val="00E10810"/>
    <w:rsid w:val="00E31267"/>
    <w:rsid w:val="00E328C6"/>
    <w:rsid w:val="00E459BA"/>
    <w:rsid w:val="00F27660"/>
    <w:rsid w:val="00F41845"/>
    <w:rsid w:val="00F75F62"/>
    <w:rsid w:val="00FC1085"/>
    <w:rsid w:val="00FC61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6C25D6"/>
  <w14:defaultImageDpi w14:val="300"/>
  <w15:docId w15:val="{694CF604-82EF-4BBD-9B37-2825A65F6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F75F62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F75F62"/>
    <w:rPr>
      <w:color w:val="605E5C"/>
      <w:shd w:val="clear" w:color="auto" w:fill="E1DFDD"/>
    </w:rPr>
  </w:style>
  <w:style w:type="table" w:customStyle="1" w:styleId="14">
    <w:name w:val="Сетка таблицы1"/>
    <w:basedOn w:val="a3"/>
    <w:next w:val="aff0"/>
    <w:uiPriority w:val="59"/>
    <w:rsid w:val="00AB6FFE"/>
    <w:pPr>
      <w:spacing w:after="0" w:line="240" w:lineRule="auto"/>
    </w:pPr>
    <w:rPr>
      <w:rFonts w:ascii="Cambria" w:eastAsia="MS Mincho" w:hAnsi="Cambr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mo70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</Pages>
  <Words>1882</Words>
  <Characters>10729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Оксана Воробьева</cp:lastModifiedBy>
  <cp:revision>38</cp:revision>
  <cp:lastPrinted>2026-11-02T07:44:00Z</cp:lastPrinted>
  <dcterms:created xsi:type="dcterms:W3CDTF">2026-10-30T09:30:00Z</dcterms:created>
  <dcterms:modified xsi:type="dcterms:W3CDTF">2026-11-02T07:49:00Z</dcterms:modified>
  <cp:category/>
</cp:coreProperties>
</file>